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319B4" w14:textId="141A24DB" w:rsidR="003F6933" w:rsidRPr="003F6933" w:rsidRDefault="003F6933" w:rsidP="00B35443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B35443">
        <w:rPr>
          <w:rFonts w:ascii="Times New Roman" w:hAnsi="Times New Roman" w:cs="Times New Roman"/>
          <w:b/>
          <w:bCs/>
          <w:sz w:val="24"/>
          <w:szCs w:val="24"/>
          <w:lang w:val="tr-TR"/>
        </w:rPr>
        <w:t>ÖZET BAŞLIĞI (T</w:t>
      </w:r>
      <w:r w:rsidR="00B35443" w:rsidRPr="00B35443">
        <w:rPr>
          <w:rFonts w:ascii="Times New Roman" w:hAnsi="Times New Roman" w:cs="Times New Roman"/>
          <w:b/>
          <w:bCs/>
          <w:sz w:val="24"/>
          <w:szCs w:val="24"/>
          <w:lang w:val="tr-TR"/>
        </w:rPr>
        <w:t>I</w:t>
      </w:r>
      <w:r w:rsidRPr="00B35443">
        <w:rPr>
          <w:rFonts w:ascii="Times New Roman" w:hAnsi="Times New Roman" w:cs="Times New Roman"/>
          <w:b/>
          <w:bCs/>
          <w:sz w:val="24"/>
          <w:szCs w:val="24"/>
          <w:lang w:val="tr-TR"/>
        </w:rPr>
        <w:t>MES NEW ROMAN, 12 PUNTO, ORTALI)</w:t>
      </w:r>
    </w:p>
    <w:p w14:paraId="1D2DC95D" w14:textId="77777777" w:rsidR="003F6933" w:rsidRPr="003F6933" w:rsidRDefault="003F6933" w:rsidP="003F6933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3F6933">
        <w:rPr>
          <w:rFonts w:ascii="Times New Roman" w:hAnsi="Times New Roman" w:cs="Times New Roman"/>
          <w:sz w:val="24"/>
          <w:szCs w:val="24"/>
          <w:lang w:val="tr-TR"/>
        </w:rPr>
        <w:t>Önerilen çalışmanın odağını, kapsamını ve katkısını açık biçimde yansıtan kısa ve bilgilendirici bir başlık yazınız.</w:t>
      </w:r>
    </w:p>
    <w:p w14:paraId="0092A664" w14:textId="77777777" w:rsidR="003F6933" w:rsidRPr="003F6933" w:rsidRDefault="003F6933" w:rsidP="003F6933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3F6933">
        <w:rPr>
          <w:rFonts w:ascii="Times New Roman" w:hAnsi="Times New Roman" w:cs="Times New Roman"/>
          <w:i/>
          <w:iCs/>
          <w:sz w:val="24"/>
          <w:szCs w:val="24"/>
          <w:lang w:val="tr-TR"/>
        </w:rPr>
        <w:t>(Önerilen uzunluk: 300–500 kelime)</w:t>
      </w:r>
    </w:p>
    <w:p w14:paraId="375F43FA" w14:textId="77777777" w:rsidR="00F56CF4" w:rsidRPr="00F56CF4" w:rsidRDefault="00F56CF4" w:rsidP="00F56CF4">
      <w:pPr>
        <w:spacing w:before="240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  <w:lang w:val="tr-TR"/>
        </w:rPr>
      </w:pPr>
      <w:r w:rsidRPr="00F56CF4">
        <w:rPr>
          <w:rFonts w:ascii="Times New Roman" w:eastAsiaTheme="majorEastAsia" w:hAnsi="Times New Roman" w:cs="Times New Roman"/>
          <w:b/>
          <w:bCs/>
          <w:sz w:val="24"/>
          <w:szCs w:val="24"/>
          <w:lang w:val="tr-TR"/>
        </w:rPr>
        <w:t>Amaç / Araştırma Problemi</w:t>
      </w:r>
    </w:p>
    <w:p w14:paraId="5BDB8162" w14:textId="77777777" w:rsidR="00F56CF4" w:rsidRDefault="00F56CF4" w:rsidP="00F56CF4">
      <w:pPr>
        <w:spacing w:before="240"/>
        <w:jc w:val="both"/>
        <w:rPr>
          <w:rFonts w:ascii="Times New Roman" w:eastAsiaTheme="majorEastAsia" w:hAnsi="Times New Roman" w:cs="Times New Roman"/>
          <w:sz w:val="24"/>
          <w:szCs w:val="24"/>
          <w:lang w:val="tr-TR"/>
        </w:rPr>
      </w:pPr>
      <w:r w:rsidRPr="00F56CF4">
        <w:rPr>
          <w:rFonts w:ascii="Times New Roman" w:eastAsiaTheme="majorEastAsia" w:hAnsi="Times New Roman" w:cs="Times New Roman"/>
          <w:sz w:val="24"/>
          <w:szCs w:val="24"/>
          <w:lang w:val="tr-TR"/>
        </w:rPr>
        <w:t>Çalışmayı motive eden temel araştırma problemini, boşluğu veya amacı açık ve net biçimde ifade ediniz.</w:t>
      </w:r>
    </w:p>
    <w:p w14:paraId="5CBFB0CD" w14:textId="374136AE" w:rsidR="00F56CF4" w:rsidRPr="00F56CF4" w:rsidRDefault="00F56CF4" w:rsidP="00F56CF4">
      <w:pPr>
        <w:spacing w:before="240"/>
        <w:jc w:val="both"/>
        <w:rPr>
          <w:rFonts w:ascii="Times New Roman" w:eastAsiaTheme="majorEastAsia" w:hAnsi="Times New Roman" w:cs="Times New Roman"/>
          <w:sz w:val="24"/>
          <w:szCs w:val="24"/>
          <w:lang w:val="tr-TR"/>
        </w:rPr>
      </w:pPr>
      <w:r w:rsidRPr="00F56CF4">
        <w:rPr>
          <w:rFonts w:ascii="Times New Roman" w:eastAsiaTheme="majorEastAsia" w:hAnsi="Times New Roman" w:cs="Times New Roman"/>
          <w:sz w:val="24"/>
          <w:szCs w:val="24"/>
          <w:lang w:val="tr-TR"/>
        </w:rPr>
        <w:t>Bu konunun neden önemli olduğunu ve akademik açıdan neden incelenmeye değer olduğunu açıklayınız.</w:t>
      </w:r>
    </w:p>
    <w:p w14:paraId="7C375CA3" w14:textId="77777777" w:rsidR="00CA5E58" w:rsidRPr="00CA5E58" w:rsidRDefault="00CA5E58" w:rsidP="00CA5E58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CA5E58">
        <w:rPr>
          <w:rFonts w:ascii="Times New Roman" w:hAnsi="Times New Roman" w:cs="Times New Roman"/>
          <w:b/>
          <w:bCs/>
          <w:sz w:val="24"/>
          <w:szCs w:val="24"/>
          <w:lang w:val="tr-TR"/>
        </w:rPr>
        <w:t>Arka Plan / Bağlam</w:t>
      </w:r>
    </w:p>
    <w:p w14:paraId="6A8F6074" w14:textId="77777777" w:rsidR="00852CC1" w:rsidRDefault="00CA5E58" w:rsidP="00CA5E58">
      <w:pPr>
        <w:spacing w:before="240"/>
        <w:jc w:val="both"/>
        <w:rPr>
          <w:rFonts w:ascii="Times New Roman" w:hAnsi="Times New Roman" w:cs="Times New Roman"/>
          <w:bCs/>
          <w:sz w:val="24"/>
          <w:szCs w:val="24"/>
          <w:lang w:val="tr-TR"/>
        </w:rPr>
      </w:pPr>
      <w:r w:rsidRPr="00CA5E58">
        <w:rPr>
          <w:rFonts w:ascii="Times New Roman" w:hAnsi="Times New Roman" w:cs="Times New Roman"/>
          <w:bCs/>
          <w:sz w:val="24"/>
          <w:szCs w:val="24"/>
          <w:lang w:val="tr-TR"/>
        </w:rPr>
        <w:t>Çalışmayı, ilgili kuramsal, ampirik veya uygulamaya dönük bağlam içinde kısaca konumlandırınız.</w:t>
      </w:r>
    </w:p>
    <w:p w14:paraId="72E9C2DC" w14:textId="676A0D5C" w:rsidR="00CA5E58" w:rsidRPr="00CA5E58" w:rsidRDefault="00CA5E58" w:rsidP="00CA5E58">
      <w:pPr>
        <w:spacing w:before="240"/>
        <w:jc w:val="both"/>
        <w:rPr>
          <w:rFonts w:ascii="Times New Roman" w:hAnsi="Times New Roman" w:cs="Times New Roman"/>
          <w:bCs/>
          <w:sz w:val="24"/>
          <w:szCs w:val="24"/>
          <w:lang w:val="tr-TR"/>
        </w:rPr>
      </w:pPr>
      <w:r w:rsidRPr="00CA5E58">
        <w:rPr>
          <w:rFonts w:ascii="Times New Roman" w:hAnsi="Times New Roman" w:cs="Times New Roman"/>
          <w:bCs/>
          <w:sz w:val="24"/>
          <w:szCs w:val="24"/>
          <w:lang w:val="tr-TR"/>
        </w:rPr>
        <w:t>Araştırmanın Sürdürülebilirlik ve Yapay Zekâ ile veya bunlarla ilişkili kuramsal çerçevelerle nasıl bağlantılı olduğunu açık biçimde belirtiniz.</w:t>
      </w:r>
    </w:p>
    <w:p w14:paraId="262A7499" w14:textId="77777777" w:rsidR="00E15A16" w:rsidRDefault="00852CC1" w:rsidP="00852CC1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852CC1">
        <w:rPr>
          <w:rFonts w:ascii="Times New Roman" w:hAnsi="Times New Roman" w:cs="Times New Roman"/>
          <w:b/>
          <w:bCs/>
          <w:sz w:val="24"/>
          <w:szCs w:val="24"/>
          <w:lang w:val="tr-TR"/>
        </w:rPr>
        <w:t>Yöntem</w:t>
      </w:r>
    </w:p>
    <w:p w14:paraId="62FF4701" w14:textId="2098EF8B" w:rsidR="00852CC1" w:rsidRPr="00852CC1" w:rsidRDefault="00852CC1" w:rsidP="00852CC1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852CC1">
        <w:rPr>
          <w:rFonts w:ascii="Times New Roman" w:hAnsi="Times New Roman" w:cs="Times New Roman"/>
          <w:sz w:val="24"/>
          <w:szCs w:val="24"/>
          <w:lang w:val="tr-TR"/>
        </w:rPr>
        <w:t>Çalışmada kullanılan araştırma tasarımını ve yöntemleri özetleyiniz.</w:t>
      </w:r>
      <w:r w:rsidRPr="00852CC1">
        <w:rPr>
          <w:rFonts w:ascii="Times New Roman" w:hAnsi="Times New Roman" w:cs="Times New Roman"/>
          <w:sz w:val="24"/>
          <w:szCs w:val="24"/>
          <w:lang w:val="tr-TR"/>
        </w:rPr>
        <w:br/>
        <w:t>Araştırmanın nitel, nicel veya karma yöntem olup olmadığını belirtiniz; ayrıca veri kaynaklarını, örneklemi ve analiz yaklaşımını kısaca açıklayınız.</w:t>
      </w:r>
    </w:p>
    <w:p w14:paraId="4CD11BA7" w14:textId="77777777" w:rsidR="00737E14" w:rsidRPr="00737E14" w:rsidRDefault="00737E14" w:rsidP="00737E14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737E14">
        <w:rPr>
          <w:rFonts w:ascii="Times New Roman" w:hAnsi="Times New Roman" w:cs="Times New Roman"/>
          <w:b/>
          <w:bCs/>
          <w:sz w:val="24"/>
          <w:szCs w:val="24"/>
          <w:lang w:val="tr-TR"/>
        </w:rPr>
        <w:t>Bulgular / Beklenen Sonuçlar</w:t>
      </w:r>
    </w:p>
    <w:p w14:paraId="0D1EAB04" w14:textId="34A48763" w:rsidR="00737E14" w:rsidRPr="00737E14" w:rsidRDefault="00737E14" w:rsidP="00737E14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737E14">
        <w:rPr>
          <w:rFonts w:ascii="Times New Roman" w:hAnsi="Times New Roman" w:cs="Times New Roman"/>
          <w:sz w:val="24"/>
          <w:szCs w:val="24"/>
          <w:lang w:val="tr-TR"/>
        </w:rPr>
        <w:t>Çalışma tamamlanmış ise temel bulguları sununuz; çalışma devam ediyorsa beklenen veya ön bulguları ana hatlarıyla belirtiniz.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737E14">
        <w:rPr>
          <w:rFonts w:ascii="Times New Roman" w:hAnsi="Times New Roman" w:cs="Times New Roman"/>
          <w:sz w:val="24"/>
          <w:szCs w:val="24"/>
          <w:lang w:val="tr-TR"/>
        </w:rPr>
        <w:t>Bu bölüm, çalışmanın potansiyel katkısını ve uygulanabilirliğini ortaya koymalıdır.</w:t>
      </w:r>
    </w:p>
    <w:p w14:paraId="438F1CFF" w14:textId="77777777" w:rsidR="006D1796" w:rsidRPr="006D1796" w:rsidRDefault="006D1796" w:rsidP="006D1796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6D1796">
        <w:rPr>
          <w:rFonts w:ascii="Times New Roman" w:hAnsi="Times New Roman" w:cs="Times New Roman"/>
          <w:b/>
          <w:bCs/>
          <w:sz w:val="24"/>
          <w:szCs w:val="24"/>
          <w:lang w:val="tr-TR"/>
        </w:rPr>
        <w:t>Alana Katkı</w:t>
      </w:r>
    </w:p>
    <w:p w14:paraId="6458326F" w14:textId="64CB99D6" w:rsidR="006D1796" w:rsidRPr="006D1796" w:rsidRDefault="006D1796" w:rsidP="006D1796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6D1796">
        <w:rPr>
          <w:rFonts w:ascii="Times New Roman" w:hAnsi="Times New Roman" w:cs="Times New Roman"/>
          <w:sz w:val="24"/>
          <w:szCs w:val="24"/>
          <w:lang w:val="tr-TR"/>
        </w:rPr>
        <w:t>Çalışmanın akademik literatüre, mesleki uygulamalara ve/veya politika tartışmalarına yapması beklenen katkıyı açıklayınız.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6D1796">
        <w:rPr>
          <w:rFonts w:ascii="Times New Roman" w:hAnsi="Times New Roman" w:cs="Times New Roman"/>
          <w:sz w:val="24"/>
          <w:szCs w:val="24"/>
          <w:lang w:val="tr-TR"/>
        </w:rPr>
        <w:t>Araştırmanın özgünlüğünü ve ilgili alandaki önemini vurgulayınız.</w:t>
      </w:r>
    </w:p>
    <w:p w14:paraId="5610FB28" w14:textId="405A04CB" w:rsidR="005706A3" w:rsidRPr="005706A3" w:rsidRDefault="005706A3" w:rsidP="005706A3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5706A3">
        <w:rPr>
          <w:rFonts w:ascii="Times New Roman" w:hAnsi="Times New Roman" w:cs="Times New Roman"/>
          <w:b/>
          <w:bCs/>
          <w:sz w:val="24"/>
          <w:szCs w:val="24"/>
          <w:lang w:val="tr-TR"/>
        </w:rPr>
        <w:t>Anahtar Kelimeler</w:t>
      </w:r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: </w:t>
      </w:r>
      <w:r w:rsidRPr="005706A3">
        <w:rPr>
          <w:rFonts w:ascii="Times New Roman" w:hAnsi="Times New Roman" w:cs="Times New Roman"/>
          <w:sz w:val="24"/>
          <w:szCs w:val="24"/>
          <w:lang w:val="tr-TR"/>
        </w:rPr>
        <w:t>Çalışmanın içeriğini ve odağını en iyi yansıtan 3–5 anahtar kelime belirtiniz.</w:t>
      </w:r>
    </w:p>
    <w:p w14:paraId="12381D02" w14:textId="7435E1FD" w:rsidR="008E5DAB" w:rsidRPr="00913D7C" w:rsidRDefault="005706A3" w:rsidP="008E5DAB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5706A3">
        <w:rPr>
          <w:rFonts w:ascii="Times New Roman" w:hAnsi="Times New Roman" w:cs="Times New Roman"/>
          <w:i/>
          <w:iCs/>
          <w:sz w:val="24"/>
          <w:szCs w:val="24"/>
          <w:lang w:val="tr-TR"/>
        </w:rPr>
        <w:lastRenderedPageBreak/>
        <w:t>Örnek:</w:t>
      </w:r>
      <w:r w:rsidR="00913D7C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5706A3">
        <w:rPr>
          <w:rFonts w:ascii="Times New Roman" w:hAnsi="Times New Roman" w:cs="Times New Roman"/>
          <w:sz w:val="24"/>
          <w:szCs w:val="24"/>
          <w:lang w:val="tr-TR"/>
        </w:rPr>
        <w:t xml:space="preserve">Sürdürülebilirlik; Yapay </w:t>
      </w:r>
      <w:proofErr w:type="gramStart"/>
      <w:r w:rsidRPr="005706A3">
        <w:rPr>
          <w:rFonts w:ascii="Times New Roman" w:hAnsi="Times New Roman" w:cs="Times New Roman"/>
          <w:sz w:val="24"/>
          <w:szCs w:val="24"/>
          <w:lang w:val="tr-TR"/>
        </w:rPr>
        <w:t>Zekâ;</w:t>
      </w:r>
      <w:proofErr w:type="gramEnd"/>
      <w:r w:rsidRPr="005706A3">
        <w:rPr>
          <w:rFonts w:ascii="Times New Roman" w:hAnsi="Times New Roman" w:cs="Times New Roman"/>
          <w:sz w:val="24"/>
          <w:szCs w:val="24"/>
          <w:lang w:val="tr-TR"/>
        </w:rPr>
        <w:t xml:space="preserve"> Dijital </w:t>
      </w:r>
      <w:proofErr w:type="gramStart"/>
      <w:r w:rsidRPr="005706A3">
        <w:rPr>
          <w:rFonts w:ascii="Times New Roman" w:hAnsi="Times New Roman" w:cs="Times New Roman"/>
          <w:sz w:val="24"/>
          <w:szCs w:val="24"/>
          <w:lang w:val="tr-TR"/>
        </w:rPr>
        <w:t>Dönüşüm;</w:t>
      </w:r>
      <w:proofErr w:type="gramEnd"/>
      <w:r w:rsidRPr="005706A3">
        <w:rPr>
          <w:rFonts w:ascii="Times New Roman" w:hAnsi="Times New Roman" w:cs="Times New Roman"/>
          <w:sz w:val="24"/>
          <w:szCs w:val="24"/>
          <w:lang w:val="tr-TR"/>
        </w:rPr>
        <w:t xml:space="preserve"> Politika Analizi</w:t>
      </w:r>
    </w:p>
    <w:p w14:paraId="59A67348" w14:textId="77777777" w:rsidR="00FC4CE8" w:rsidRPr="00FC4CE8" w:rsidRDefault="00FC4CE8" w:rsidP="00FC4CE8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FC4CE8">
        <w:rPr>
          <w:rFonts w:ascii="Times New Roman" w:hAnsi="Times New Roman" w:cs="Times New Roman"/>
          <w:b/>
          <w:bCs/>
          <w:sz w:val="24"/>
          <w:szCs w:val="24"/>
          <w:lang w:val="tr-TR"/>
        </w:rPr>
        <w:t>KAYNAKLAR (İsteğe Bağlı)</w:t>
      </w:r>
    </w:p>
    <w:p w14:paraId="61A16E11" w14:textId="77777777" w:rsidR="00FC4CE8" w:rsidRPr="00FC4CE8" w:rsidRDefault="00FC4CE8" w:rsidP="00FC4CE8">
      <w:pPr>
        <w:spacing w:before="240"/>
        <w:jc w:val="both"/>
        <w:rPr>
          <w:rFonts w:ascii="Times New Roman" w:hAnsi="Times New Roman" w:cs="Times New Roman"/>
          <w:i/>
          <w:iCs/>
          <w:sz w:val="24"/>
          <w:szCs w:val="24"/>
          <w:lang w:val="tr-TR"/>
        </w:rPr>
      </w:pPr>
      <w:r w:rsidRPr="00FC4CE8">
        <w:rPr>
          <w:rFonts w:ascii="Times New Roman" w:hAnsi="Times New Roman" w:cs="Times New Roman"/>
          <w:i/>
          <w:iCs/>
          <w:sz w:val="24"/>
          <w:szCs w:val="24"/>
          <w:lang w:val="tr-TR"/>
        </w:rPr>
        <w:t>(APA 7. Baskı)</w:t>
      </w:r>
    </w:p>
    <w:p w14:paraId="09086503" w14:textId="5A64D695" w:rsidR="00FC4CE8" w:rsidRPr="00FC4CE8" w:rsidRDefault="00FC4CE8" w:rsidP="00FC4CE8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FC4CE8">
        <w:rPr>
          <w:rFonts w:ascii="Times New Roman" w:hAnsi="Times New Roman" w:cs="Times New Roman"/>
          <w:sz w:val="24"/>
          <w:szCs w:val="24"/>
          <w:lang w:val="tr-TR"/>
        </w:rPr>
        <w:t>Çalışmanın kavramsal veya kuramsal temelinin anlaşılması için gerekli olan temel kaynaklar dahil edilmelidir.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FC4CE8">
        <w:rPr>
          <w:rFonts w:ascii="Times New Roman" w:hAnsi="Times New Roman" w:cs="Times New Roman"/>
          <w:sz w:val="24"/>
          <w:szCs w:val="24"/>
          <w:lang w:val="tr-TR"/>
        </w:rPr>
        <w:t>Tüm kaynaklar APA 7. Baskı atıf kurallarına uygun olarak düzenlenmelidir.</w:t>
      </w:r>
    </w:p>
    <w:p w14:paraId="179E8F0B" w14:textId="162E5445" w:rsidR="0058370C" w:rsidRPr="008E5DAB" w:rsidRDefault="0058370C" w:rsidP="008E5DAB">
      <w:pPr>
        <w:spacing w:before="24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58370C" w:rsidRPr="008E5DA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1093060">
    <w:abstractNumId w:val="8"/>
  </w:num>
  <w:num w:numId="2" w16cid:durableId="1367365878">
    <w:abstractNumId w:val="6"/>
  </w:num>
  <w:num w:numId="3" w16cid:durableId="356009401">
    <w:abstractNumId w:val="5"/>
  </w:num>
  <w:num w:numId="4" w16cid:durableId="1234241091">
    <w:abstractNumId w:val="4"/>
  </w:num>
  <w:num w:numId="5" w16cid:durableId="241332252">
    <w:abstractNumId w:val="7"/>
  </w:num>
  <w:num w:numId="6" w16cid:durableId="1452170605">
    <w:abstractNumId w:val="3"/>
  </w:num>
  <w:num w:numId="7" w16cid:durableId="1587491983">
    <w:abstractNumId w:val="2"/>
  </w:num>
  <w:num w:numId="8" w16cid:durableId="1138108356">
    <w:abstractNumId w:val="1"/>
  </w:num>
  <w:num w:numId="9" w16cid:durableId="1855802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81101"/>
    <w:rsid w:val="001E5A64"/>
    <w:rsid w:val="0029639D"/>
    <w:rsid w:val="002C7748"/>
    <w:rsid w:val="00301516"/>
    <w:rsid w:val="00326F90"/>
    <w:rsid w:val="003F6933"/>
    <w:rsid w:val="0046221D"/>
    <w:rsid w:val="00567615"/>
    <w:rsid w:val="005706A3"/>
    <w:rsid w:val="0058370C"/>
    <w:rsid w:val="006A5A6A"/>
    <w:rsid w:val="006D1796"/>
    <w:rsid w:val="00737E14"/>
    <w:rsid w:val="008508DD"/>
    <w:rsid w:val="00852CC1"/>
    <w:rsid w:val="008E5DAB"/>
    <w:rsid w:val="00913D7C"/>
    <w:rsid w:val="00AA1D8D"/>
    <w:rsid w:val="00AA4ED7"/>
    <w:rsid w:val="00B35443"/>
    <w:rsid w:val="00B47730"/>
    <w:rsid w:val="00BD4770"/>
    <w:rsid w:val="00C517E6"/>
    <w:rsid w:val="00CA5E58"/>
    <w:rsid w:val="00CB0664"/>
    <w:rsid w:val="00E15A16"/>
    <w:rsid w:val="00E5390C"/>
    <w:rsid w:val="00E657C3"/>
    <w:rsid w:val="00F56CF4"/>
    <w:rsid w:val="00FC4CE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684E1D"/>
  <w14:defaultImageDpi w14:val="300"/>
  <w15:docId w15:val="{E9CD66F5-A333-48B8-9251-CE2D5AD8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AA4ED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KÜBRA GURALLAR</cp:lastModifiedBy>
  <cp:revision>20</cp:revision>
  <dcterms:created xsi:type="dcterms:W3CDTF">2013-12-23T23:15:00Z</dcterms:created>
  <dcterms:modified xsi:type="dcterms:W3CDTF">2026-02-10T13:18:00Z</dcterms:modified>
  <cp:category/>
</cp:coreProperties>
</file>