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1B2C9" w14:textId="3E5B7762" w:rsidR="0058370C" w:rsidRPr="008E5DAB" w:rsidRDefault="008508DD" w:rsidP="008E5DAB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5DAB">
        <w:rPr>
          <w:rFonts w:ascii="Times New Roman" w:hAnsi="Times New Roman" w:cs="Times New Roman"/>
          <w:b/>
          <w:bCs/>
          <w:sz w:val="24"/>
          <w:szCs w:val="24"/>
        </w:rPr>
        <w:t>ABSTRACT</w:t>
      </w:r>
      <w:r w:rsidRPr="008E5D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7748" w:rsidRPr="008E5DAB">
        <w:rPr>
          <w:rFonts w:ascii="Times New Roman" w:hAnsi="Times New Roman" w:cs="Times New Roman"/>
          <w:b/>
          <w:bCs/>
          <w:sz w:val="24"/>
          <w:szCs w:val="24"/>
        </w:rPr>
        <w:t>TITLE (TIMES NEW ROMAN, 12 PT, CENTERED)</w:t>
      </w:r>
    </w:p>
    <w:p w14:paraId="47247E71" w14:textId="4212FAC0" w:rsidR="0058370C" w:rsidRPr="008E5DAB" w:rsidRDefault="002C7748" w:rsidP="008E5DA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8E5DAB">
        <w:rPr>
          <w:rFonts w:ascii="Times New Roman" w:hAnsi="Times New Roman" w:cs="Times New Roman"/>
          <w:sz w:val="24"/>
          <w:szCs w:val="24"/>
        </w:rPr>
        <w:t>Provide a concise and informative title that clearly reflects the focus, scope, and contribution of the proposed study.</w:t>
      </w:r>
    </w:p>
    <w:p w14:paraId="44996C6B" w14:textId="77777777" w:rsidR="008E5DAB" w:rsidRPr="008E5DAB" w:rsidRDefault="002C7748" w:rsidP="008E5DA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8E5DAB">
        <w:rPr>
          <w:rFonts w:ascii="Times New Roman" w:hAnsi="Times New Roman" w:cs="Times New Roman"/>
          <w:i/>
          <w:iCs/>
          <w:sz w:val="24"/>
          <w:szCs w:val="24"/>
        </w:rPr>
        <w:t>(300–500 words recommended)</w:t>
      </w:r>
    </w:p>
    <w:p w14:paraId="1ED7F5A5" w14:textId="183DBF39" w:rsidR="00AA4ED7" w:rsidRPr="008E5DAB" w:rsidRDefault="002C7748" w:rsidP="008E5DAB">
      <w:pPr>
        <w:spacing w:before="240"/>
        <w:jc w:val="both"/>
        <w:rPr>
          <w:rStyle w:val="Balk1Char"/>
          <w:rFonts w:ascii="Times New Roman" w:hAnsi="Times New Roman" w:cs="Times New Roman"/>
          <w:color w:val="auto"/>
          <w:sz w:val="24"/>
          <w:szCs w:val="24"/>
        </w:rPr>
      </w:pPr>
      <w:r w:rsidRPr="008E5DAB">
        <w:rPr>
          <w:rStyle w:val="Balk1Char"/>
          <w:rFonts w:ascii="Times New Roman" w:hAnsi="Times New Roman" w:cs="Times New Roman"/>
          <w:color w:val="auto"/>
          <w:sz w:val="24"/>
          <w:szCs w:val="24"/>
        </w:rPr>
        <w:t>Purpose</w:t>
      </w:r>
      <w:r w:rsidR="00E657C3">
        <w:rPr>
          <w:rStyle w:val="Balk1Char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E5DAB">
        <w:rPr>
          <w:rStyle w:val="Balk1Char"/>
          <w:rFonts w:ascii="Times New Roman" w:hAnsi="Times New Roman" w:cs="Times New Roman"/>
          <w:color w:val="auto"/>
          <w:sz w:val="24"/>
          <w:szCs w:val="24"/>
        </w:rPr>
        <w:t>/ Research Proble</w:t>
      </w:r>
      <w:r w:rsidR="00AA4ED7" w:rsidRPr="008E5DAB">
        <w:rPr>
          <w:rStyle w:val="Balk1Char"/>
          <w:rFonts w:ascii="Times New Roman" w:hAnsi="Times New Roman" w:cs="Times New Roman"/>
          <w:color w:val="auto"/>
          <w:sz w:val="24"/>
          <w:szCs w:val="24"/>
        </w:rPr>
        <w:t>m</w:t>
      </w:r>
    </w:p>
    <w:p w14:paraId="316D369A" w14:textId="77777777" w:rsidR="008E5DAB" w:rsidRPr="008E5DAB" w:rsidRDefault="002C7748" w:rsidP="008E5DA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8E5DAB">
        <w:rPr>
          <w:rFonts w:ascii="Times New Roman" w:hAnsi="Times New Roman" w:cs="Times New Roman"/>
          <w:sz w:val="24"/>
          <w:szCs w:val="24"/>
        </w:rPr>
        <w:t>Clearly state the main research problem, gap, or objective motivating the study. Explain why this issue is important and worthy of scholarly attention.</w:t>
      </w:r>
    </w:p>
    <w:p w14:paraId="21721DCB" w14:textId="45D47ADA" w:rsidR="00AA4ED7" w:rsidRPr="008E5DAB" w:rsidRDefault="00AA4ED7" w:rsidP="008E5DA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8E5DAB">
        <w:rPr>
          <w:rFonts w:ascii="Times New Roman" w:hAnsi="Times New Roman" w:cs="Times New Roman"/>
          <w:b/>
          <w:sz w:val="24"/>
          <w:szCs w:val="24"/>
        </w:rPr>
        <w:t>Background / Context</w:t>
      </w:r>
    </w:p>
    <w:p w14:paraId="5D9867B9" w14:textId="113460CC" w:rsidR="00AA4ED7" w:rsidRPr="008E5DAB" w:rsidRDefault="00AA4ED7" w:rsidP="008E5DAB">
      <w:pPr>
        <w:spacing w:before="2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5DAB">
        <w:rPr>
          <w:rFonts w:ascii="Times New Roman" w:hAnsi="Times New Roman" w:cs="Times New Roman"/>
          <w:bCs/>
          <w:sz w:val="24"/>
          <w:szCs w:val="24"/>
        </w:rPr>
        <w:t>Briefly situate the study within the relevant theoretical, empirical, or practical context. Explicitly describe how the research relates to Sustainability and Artificial Intelligence or associated frameworks.</w:t>
      </w:r>
    </w:p>
    <w:p w14:paraId="56669271" w14:textId="77777777" w:rsidR="00AA4ED7" w:rsidRPr="008E5DAB" w:rsidRDefault="00AA4ED7" w:rsidP="008E5DAB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5DAB">
        <w:rPr>
          <w:rFonts w:ascii="Times New Roman" w:hAnsi="Times New Roman" w:cs="Times New Roman"/>
          <w:b/>
          <w:bCs/>
          <w:sz w:val="24"/>
          <w:szCs w:val="24"/>
        </w:rPr>
        <w:t>Methodology</w:t>
      </w:r>
    </w:p>
    <w:p w14:paraId="3ACFFEF2" w14:textId="0A82C906" w:rsidR="00AA4ED7" w:rsidRPr="008E5DAB" w:rsidRDefault="00AA4ED7" w:rsidP="008E5DAB">
      <w:pPr>
        <w:spacing w:before="2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5DAB">
        <w:rPr>
          <w:rFonts w:ascii="Times New Roman" w:hAnsi="Times New Roman" w:cs="Times New Roman"/>
          <w:bCs/>
          <w:sz w:val="24"/>
          <w:szCs w:val="24"/>
        </w:rPr>
        <w:t>Summarize the research design and methods employed in the study. Indicate whether the research is qualitative, quantitative, or mixed-methods, and briefly describe the data sources, sample, and analytical approach.</w:t>
      </w:r>
    </w:p>
    <w:p w14:paraId="3D0283D5" w14:textId="77777777" w:rsidR="00AA4ED7" w:rsidRPr="008E5DAB" w:rsidRDefault="00AA4ED7" w:rsidP="008E5DAB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5DAB">
        <w:rPr>
          <w:rFonts w:ascii="Times New Roman" w:hAnsi="Times New Roman" w:cs="Times New Roman"/>
          <w:b/>
          <w:bCs/>
          <w:sz w:val="24"/>
          <w:szCs w:val="24"/>
        </w:rPr>
        <w:t>Findings / Expected Results</w:t>
      </w:r>
    </w:p>
    <w:p w14:paraId="5874627A" w14:textId="600BBA9A" w:rsidR="00AA4ED7" w:rsidRPr="008E5DAB" w:rsidRDefault="00AA4ED7" w:rsidP="008E5DAB">
      <w:pPr>
        <w:spacing w:before="2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5DAB">
        <w:rPr>
          <w:rFonts w:ascii="Times New Roman" w:hAnsi="Times New Roman" w:cs="Times New Roman"/>
          <w:bCs/>
          <w:sz w:val="24"/>
          <w:szCs w:val="24"/>
        </w:rPr>
        <w:t>Present key findings if the study has been completed, or outline expected or preliminary results for work in progress. This section should demonstrate the study’s potential contribution and feasibility.</w:t>
      </w:r>
    </w:p>
    <w:p w14:paraId="6BD2AD79" w14:textId="77777777" w:rsidR="00AA4ED7" w:rsidRPr="008E5DAB" w:rsidRDefault="00AA4ED7" w:rsidP="008E5DAB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5DAB">
        <w:rPr>
          <w:rFonts w:ascii="Times New Roman" w:hAnsi="Times New Roman" w:cs="Times New Roman"/>
          <w:b/>
          <w:bCs/>
          <w:sz w:val="24"/>
          <w:szCs w:val="24"/>
        </w:rPr>
        <w:t>Contribution</w:t>
      </w:r>
    </w:p>
    <w:p w14:paraId="03F2D6FD" w14:textId="1BF39CCA" w:rsidR="00AA4ED7" w:rsidRPr="008E5DAB" w:rsidRDefault="00AA4ED7" w:rsidP="008E5DAB">
      <w:pPr>
        <w:spacing w:before="2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5DAB">
        <w:rPr>
          <w:rFonts w:ascii="Times New Roman" w:hAnsi="Times New Roman" w:cs="Times New Roman"/>
          <w:bCs/>
          <w:sz w:val="24"/>
          <w:szCs w:val="24"/>
        </w:rPr>
        <w:t>Explain the anticipated contribution of the study to academic literature, professional practice, and/or policy discussions. Highlight the originality and relevance of the research.</w:t>
      </w:r>
    </w:p>
    <w:p w14:paraId="63DCD234" w14:textId="6D8E6FDE" w:rsidR="00AA4ED7" w:rsidRPr="008E5DAB" w:rsidRDefault="008E5DAB" w:rsidP="008E5DA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8E5DAB">
        <w:rPr>
          <w:rFonts w:ascii="Times New Roman" w:hAnsi="Times New Roman" w:cs="Times New Roman"/>
          <w:b/>
          <w:bCs/>
          <w:sz w:val="24"/>
          <w:szCs w:val="24"/>
        </w:rPr>
        <w:t>Keywords:</w:t>
      </w:r>
      <w:r w:rsidRPr="008E5DAB">
        <w:rPr>
          <w:rFonts w:ascii="Times New Roman" w:hAnsi="Times New Roman" w:cs="Times New Roman"/>
          <w:sz w:val="24"/>
          <w:szCs w:val="24"/>
        </w:rPr>
        <w:t xml:space="preserve"> </w:t>
      </w:r>
      <w:r w:rsidR="00AA4ED7" w:rsidRPr="008E5DAB">
        <w:rPr>
          <w:rFonts w:ascii="Times New Roman" w:hAnsi="Times New Roman" w:cs="Times New Roman"/>
          <w:bCs/>
          <w:sz w:val="24"/>
          <w:szCs w:val="24"/>
        </w:rPr>
        <w:t xml:space="preserve">Provide </w:t>
      </w:r>
      <w:r w:rsidR="00AA4ED7" w:rsidRPr="008E5DAB">
        <w:rPr>
          <w:rFonts w:ascii="Times New Roman" w:hAnsi="Times New Roman" w:cs="Times New Roman"/>
          <w:b/>
          <w:bCs/>
          <w:sz w:val="24"/>
          <w:szCs w:val="24"/>
        </w:rPr>
        <w:t>3–5 keywords</w:t>
      </w:r>
      <w:r w:rsidR="00AA4ED7" w:rsidRPr="008E5DAB">
        <w:rPr>
          <w:rFonts w:ascii="Times New Roman" w:hAnsi="Times New Roman" w:cs="Times New Roman"/>
          <w:bCs/>
          <w:sz w:val="24"/>
          <w:szCs w:val="24"/>
        </w:rPr>
        <w:t xml:space="preserve"> that best represent the content and focus of the study.</w:t>
      </w:r>
      <w:r w:rsidR="00AA4ED7" w:rsidRPr="008E5DAB">
        <w:rPr>
          <w:rFonts w:ascii="Times New Roman" w:hAnsi="Times New Roman" w:cs="Times New Roman"/>
          <w:bCs/>
          <w:sz w:val="24"/>
          <w:szCs w:val="24"/>
        </w:rPr>
        <w:br/>
      </w:r>
      <w:r w:rsidR="00AA4ED7" w:rsidRPr="008E5DAB">
        <w:rPr>
          <w:rFonts w:ascii="Times New Roman" w:hAnsi="Times New Roman" w:cs="Times New Roman"/>
          <w:bCs/>
          <w:i/>
          <w:iCs/>
          <w:sz w:val="24"/>
          <w:szCs w:val="24"/>
        </w:rPr>
        <w:t>Example:</w:t>
      </w:r>
      <w:r w:rsidR="00AA4ED7" w:rsidRPr="008E5DAB">
        <w:rPr>
          <w:rFonts w:ascii="Times New Roman" w:hAnsi="Times New Roman" w:cs="Times New Roman"/>
          <w:bCs/>
          <w:sz w:val="24"/>
          <w:szCs w:val="24"/>
        </w:rPr>
        <w:t xml:space="preserve"> Sustainability; Artificial Intelligence; Digital Transformation; Policy Analysis</w:t>
      </w:r>
    </w:p>
    <w:p w14:paraId="5497C8FE" w14:textId="77777777" w:rsidR="008E5DAB" w:rsidRPr="008E5DAB" w:rsidRDefault="008E5DAB" w:rsidP="008E5DA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3FB83655" w14:textId="77777777" w:rsidR="008E5DAB" w:rsidRPr="008E5DAB" w:rsidRDefault="008E5DAB" w:rsidP="008E5DA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12381D02" w14:textId="77777777" w:rsidR="008E5DAB" w:rsidRPr="008E5DAB" w:rsidRDefault="008E5DAB" w:rsidP="008E5DA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431B8B14" w14:textId="19093B64" w:rsidR="00AA4ED7" w:rsidRPr="008E5DAB" w:rsidRDefault="00AA4ED7" w:rsidP="008E5DA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8E5DA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REFERENCES </w:t>
      </w:r>
      <w:r w:rsidRPr="008E5DAB">
        <w:rPr>
          <w:rFonts w:ascii="Times New Roman" w:hAnsi="Times New Roman" w:cs="Times New Roman"/>
          <w:sz w:val="24"/>
          <w:szCs w:val="24"/>
        </w:rPr>
        <w:t>(Optional)</w:t>
      </w:r>
    </w:p>
    <w:p w14:paraId="12B34F31" w14:textId="77777777" w:rsidR="00AA4ED7" w:rsidRPr="008E5DAB" w:rsidRDefault="00AA4ED7" w:rsidP="008E5DAB">
      <w:pPr>
        <w:spacing w:before="2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5DAB">
        <w:rPr>
          <w:rFonts w:ascii="Times New Roman" w:hAnsi="Times New Roman" w:cs="Times New Roman"/>
          <w:bCs/>
          <w:i/>
          <w:iCs/>
          <w:sz w:val="24"/>
          <w:szCs w:val="24"/>
        </w:rPr>
        <w:t>(APA 7th Edition)</w:t>
      </w:r>
    </w:p>
    <w:p w14:paraId="03F1C4E0" w14:textId="77777777" w:rsidR="00AA4ED7" w:rsidRPr="008E5DAB" w:rsidRDefault="00AA4ED7" w:rsidP="008E5DAB">
      <w:pPr>
        <w:spacing w:before="2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5DAB">
        <w:rPr>
          <w:rFonts w:ascii="Times New Roman" w:hAnsi="Times New Roman" w:cs="Times New Roman"/>
          <w:bCs/>
          <w:sz w:val="24"/>
          <w:szCs w:val="24"/>
        </w:rPr>
        <w:t xml:space="preserve">Include only key references essential for understanding the conceptual or theoretical grounding of the study. All references must follow </w:t>
      </w:r>
      <w:r w:rsidRPr="008E5DAB">
        <w:rPr>
          <w:rFonts w:ascii="Times New Roman" w:hAnsi="Times New Roman" w:cs="Times New Roman"/>
          <w:b/>
          <w:bCs/>
          <w:sz w:val="24"/>
          <w:szCs w:val="24"/>
        </w:rPr>
        <w:t>APA 7th Edition</w:t>
      </w:r>
      <w:r w:rsidRPr="008E5DAB">
        <w:rPr>
          <w:rFonts w:ascii="Times New Roman" w:hAnsi="Times New Roman" w:cs="Times New Roman"/>
          <w:bCs/>
          <w:sz w:val="24"/>
          <w:szCs w:val="24"/>
        </w:rPr>
        <w:t xml:space="preserve"> guidelines.</w:t>
      </w:r>
    </w:p>
    <w:p w14:paraId="179E8F0B" w14:textId="162E5445" w:rsidR="0058370C" w:rsidRPr="008E5DAB" w:rsidRDefault="0058370C" w:rsidP="008E5DAB">
      <w:pPr>
        <w:spacing w:before="24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58370C" w:rsidRPr="008E5DA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41093060">
    <w:abstractNumId w:val="8"/>
  </w:num>
  <w:num w:numId="2" w16cid:durableId="1367365878">
    <w:abstractNumId w:val="6"/>
  </w:num>
  <w:num w:numId="3" w16cid:durableId="356009401">
    <w:abstractNumId w:val="5"/>
  </w:num>
  <w:num w:numId="4" w16cid:durableId="1234241091">
    <w:abstractNumId w:val="4"/>
  </w:num>
  <w:num w:numId="5" w16cid:durableId="241332252">
    <w:abstractNumId w:val="7"/>
  </w:num>
  <w:num w:numId="6" w16cid:durableId="1452170605">
    <w:abstractNumId w:val="3"/>
  </w:num>
  <w:num w:numId="7" w16cid:durableId="1587491983">
    <w:abstractNumId w:val="2"/>
  </w:num>
  <w:num w:numId="8" w16cid:durableId="1138108356">
    <w:abstractNumId w:val="1"/>
  </w:num>
  <w:num w:numId="9" w16cid:durableId="1855802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A64"/>
    <w:rsid w:val="0029639D"/>
    <w:rsid w:val="002C7748"/>
    <w:rsid w:val="00301516"/>
    <w:rsid w:val="00326F90"/>
    <w:rsid w:val="0046221D"/>
    <w:rsid w:val="00567615"/>
    <w:rsid w:val="0058370C"/>
    <w:rsid w:val="006A5A6A"/>
    <w:rsid w:val="008508DD"/>
    <w:rsid w:val="008E5DAB"/>
    <w:rsid w:val="00AA1D8D"/>
    <w:rsid w:val="00AA4ED7"/>
    <w:rsid w:val="00B47730"/>
    <w:rsid w:val="00BD4770"/>
    <w:rsid w:val="00C517E6"/>
    <w:rsid w:val="00CB0664"/>
    <w:rsid w:val="00E5390C"/>
    <w:rsid w:val="00E657C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684E1D"/>
  <w14:defaultImageDpi w14:val="300"/>
  <w15:docId w15:val="{E9CD66F5-A333-48B8-9251-CE2D5AD8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AA4ED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223</Words>
  <Characters>1422</Characters>
  <Application>Microsoft Office Word</Application>
  <DocSecurity>0</DocSecurity>
  <Lines>33</Lines>
  <Paragraphs>21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KÜBRA GURALLAR</cp:lastModifiedBy>
  <cp:revision>9</cp:revision>
  <dcterms:created xsi:type="dcterms:W3CDTF">2013-12-23T23:15:00Z</dcterms:created>
  <dcterms:modified xsi:type="dcterms:W3CDTF">2026-02-09T09:28:00Z</dcterms:modified>
  <cp:category/>
</cp:coreProperties>
</file>