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4904" w14:textId="321D85BF" w:rsidR="00F21686" w:rsidRPr="00F21686" w:rsidRDefault="00F21686" w:rsidP="00F21686">
      <w:pPr>
        <w:jc w:val="center"/>
        <w:rPr>
          <w:rFonts w:ascii="Times New Roman" w:hAnsi="Times New Roman" w:cs="Times New Roman"/>
          <w:b/>
          <w:bCs/>
          <w:sz w:val="24"/>
          <w:szCs w:val="24"/>
        </w:rPr>
      </w:pPr>
      <w:r w:rsidRPr="00A37F8B">
        <w:rPr>
          <w:rFonts w:ascii="Times New Roman" w:hAnsi="Times New Roman" w:cs="Times New Roman"/>
          <w:b/>
          <w:bCs/>
          <w:sz w:val="24"/>
          <w:szCs w:val="24"/>
        </w:rPr>
        <w:t>TAM METİN BAŞLIĞI (T</w:t>
      </w:r>
      <w:r w:rsidR="00C0562B" w:rsidRPr="00A37F8B">
        <w:rPr>
          <w:rFonts w:ascii="Times New Roman" w:hAnsi="Times New Roman" w:cs="Times New Roman"/>
          <w:b/>
          <w:bCs/>
          <w:sz w:val="24"/>
          <w:szCs w:val="24"/>
        </w:rPr>
        <w:t>I</w:t>
      </w:r>
      <w:r w:rsidRPr="00A37F8B">
        <w:rPr>
          <w:rFonts w:ascii="Times New Roman" w:hAnsi="Times New Roman" w:cs="Times New Roman"/>
          <w:b/>
          <w:bCs/>
          <w:sz w:val="24"/>
          <w:szCs w:val="24"/>
        </w:rPr>
        <w:t>MES NEW ROMAN, 12 PUNTO, ORTALI)</w:t>
      </w:r>
    </w:p>
    <w:p w14:paraId="4ED368EE" w14:textId="77777777" w:rsidR="00922B1B" w:rsidRPr="00A37F8B" w:rsidRDefault="00922B1B" w:rsidP="00922B1B">
      <w:pPr>
        <w:jc w:val="both"/>
        <w:rPr>
          <w:rFonts w:ascii="Times New Roman" w:hAnsi="Times New Roman" w:cs="Times New Roman"/>
          <w:iCs/>
          <w:sz w:val="24"/>
          <w:szCs w:val="24"/>
        </w:rPr>
      </w:pPr>
      <w:r w:rsidRPr="00922B1B">
        <w:rPr>
          <w:rFonts w:ascii="Times New Roman" w:hAnsi="Times New Roman" w:cs="Times New Roman"/>
          <w:iCs/>
          <w:sz w:val="24"/>
          <w:szCs w:val="24"/>
        </w:rPr>
        <w:t>Çalışmanın temel odağını, yöntemini veya katkısını açık biçimde yansıtan kısa, bilgilendirici ve özgül bir başlık yazınız.</w:t>
      </w:r>
    </w:p>
    <w:p w14:paraId="0AE28F8B" w14:textId="34196F66" w:rsidR="00922B1B" w:rsidRPr="00922B1B" w:rsidRDefault="00922B1B" w:rsidP="00922B1B">
      <w:pPr>
        <w:jc w:val="both"/>
        <w:rPr>
          <w:rFonts w:ascii="Times New Roman" w:hAnsi="Times New Roman" w:cs="Times New Roman"/>
          <w:iCs/>
          <w:sz w:val="24"/>
          <w:szCs w:val="24"/>
        </w:rPr>
      </w:pPr>
      <w:r w:rsidRPr="00922B1B">
        <w:rPr>
          <w:rFonts w:ascii="Times New Roman" w:hAnsi="Times New Roman" w:cs="Times New Roman"/>
          <w:iCs/>
          <w:sz w:val="24"/>
          <w:szCs w:val="24"/>
        </w:rPr>
        <w:t>Aşırı genel veya belirsiz ifadelerden kaçınınız.</w:t>
      </w:r>
    </w:p>
    <w:p w14:paraId="30A97CD9" w14:textId="77777777" w:rsidR="00922B1B" w:rsidRPr="00922B1B" w:rsidRDefault="00922B1B" w:rsidP="00922B1B">
      <w:pPr>
        <w:jc w:val="both"/>
        <w:rPr>
          <w:rFonts w:ascii="Times New Roman" w:hAnsi="Times New Roman" w:cs="Times New Roman"/>
          <w:iCs/>
          <w:sz w:val="24"/>
          <w:szCs w:val="24"/>
        </w:rPr>
      </w:pPr>
      <w:r w:rsidRPr="00922B1B">
        <w:rPr>
          <w:rFonts w:ascii="Times New Roman" w:hAnsi="Times New Roman" w:cs="Times New Roman"/>
          <w:iCs/>
          <w:sz w:val="24"/>
          <w:szCs w:val="24"/>
        </w:rPr>
        <w:t>Tam metin, kaynakça hariç 4.000–7.000 kelime arasında olmalıdır.</w:t>
      </w:r>
    </w:p>
    <w:p w14:paraId="1EF39FA6" w14:textId="77777777" w:rsidR="00F54065" w:rsidRPr="00F54065" w:rsidRDefault="00F54065" w:rsidP="00F54065">
      <w:pPr>
        <w:jc w:val="both"/>
        <w:rPr>
          <w:rFonts w:ascii="Times New Roman" w:hAnsi="Times New Roman" w:cs="Times New Roman"/>
          <w:b/>
          <w:bCs/>
          <w:sz w:val="24"/>
          <w:szCs w:val="24"/>
        </w:rPr>
      </w:pPr>
      <w:r w:rsidRPr="00F54065">
        <w:rPr>
          <w:rFonts w:ascii="Times New Roman" w:hAnsi="Times New Roman" w:cs="Times New Roman"/>
          <w:b/>
          <w:bCs/>
          <w:sz w:val="24"/>
          <w:szCs w:val="24"/>
        </w:rPr>
        <w:t>Özet</w:t>
      </w:r>
    </w:p>
    <w:p w14:paraId="03405DE7" w14:textId="77777777" w:rsidR="00F54065" w:rsidRPr="00F54065" w:rsidRDefault="00F54065" w:rsidP="00F54065">
      <w:pPr>
        <w:jc w:val="both"/>
        <w:rPr>
          <w:rFonts w:ascii="Times New Roman" w:hAnsi="Times New Roman" w:cs="Times New Roman"/>
          <w:sz w:val="24"/>
          <w:szCs w:val="24"/>
        </w:rPr>
      </w:pPr>
      <w:r w:rsidRPr="00F54065">
        <w:rPr>
          <w:rFonts w:ascii="Times New Roman" w:hAnsi="Times New Roman" w:cs="Times New Roman"/>
          <w:i/>
          <w:iCs/>
          <w:sz w:val="24"/>
          <w:szCs w:val="24"/>
        </w:rPr>
        <w:t>(Önerilen uzunluk: 300–500 kelime)</w:t>
      </w:r>
    </w:p>
    <w:p w14:paraId="575F1C0B" w14:textId="73A6182A" w:rsidR="00F54065" w:rsidRPr="00F54065" w:rsidRDefault="00F54065" w:rsidP="00F54065">
      <w:pPr>
        <w:jc w:val="both"/>
        <w:rPr>
          <w:rFonts w:ascii="Times New Roman" w:hAnsi="Times New Roman" w:cs="Times New Roman"/>
          <w:sz w:val="24"/>
          <w:szCs w:val="24"/>
        </w:rPr>
      </w:pPr>
      <w:r w:rsidRPr="00F54065">
        <w:rPr>
          <w:rFonts w:ascii="Times New Roman" w:hAnsi="Times New Roman" w:cs="Times New Roman"/>
          <w:sz w:val="24"/>
          <w:szCs w:val="24"/>
        </w:rPr>
        <w:t>Özet, çalışmanın açık ve yapılandırılmış bir özetini sunmalıdır.</w:t>
      </w:r>
      <w:r w:rsidRPr="00A37F8B">
        <w:rPr>
          <w:rFonts w:ascii="Times New Roman" w:hAnsi="Times New Roman" w:cs="Times New Roman"/>
          <w:sz w:val="24"/>
          <w:szCs w:val="24"/>
        </w:rPr>
        <w:t xml:space="preserve"> </w:t>
      </w:r>
      <w:r w:rsidRPr="00F54065">
        <w:rPr>
          <w:rFonts w:ascii="Times New Roman" w:hAnsi="Times New Roman" w:cs="Times New Roman"/>
          <w:sz w:val="24"/>
          <w:szCs w:val="24"/>
        </w:rPr>
        <w:t>Özetin, tek ve tutarlı bir paragraf içinde aşağıdaki unsurları ele alması önerilir:</w:t>
      </w:r>
    </w:p>
    <w:p w14:paraId="76C3A384" w14:textId="591B45E3" w:rsidR="00F54065" w:rsidRPr="00A37F8B" w:rsidRDefault="00F54065" w:rsidP="00F54065">
      <w:pPr>
        <w:pStyle w:val="ListeParagraf"/>
        <w:numPr>
          <w:ilvl w:val="0"/>
          <w:numId w:val="32"/>
        </w:numPr>
        <w:jc w:val="both"/>
        <w:rPr>
          <w:rFonts w:ascii="Times New Roman" w:hAnsi="Times New Roman" w:cs="Times New Roman"/>
          <w:sz w:val="24"/>
          <w:szCs w:val="24"/>
        </w:rPr>
      </w:pPr>
      <w:r w:rsidRPr="00A37F8B">
        <w:rPr>
          <w:rFonts w:ascii="Times New Roman" w:hAnsi="Times New Roman" w:cs="Times New Roman"/>
          <w:sz w:val="24"/>
          <w:szCs w:val="24"/>
        </w:rPr>
        <w:t>Amaç/Problem: Çalışmanın temel araştırma problemini veya amacını açıkça belirtiniz.</w:t>
      </w:r>
    </w:p>
    <w:p w14:paraId="4A6507C6" w14:textId="77777777" w:rsidR="00F54065" w:rsidRPr="00A37F8B" w:rsidRDefault="00F54065" w:rsidP="00F54065">
      <w:pPr>
        <w:pStyle w:val="ListeParagraf"/>
        <w:numPr>
          <w:ilvl w:val="0"/>
          <w:numId w:val="32"/>
        </w:numPr>
        <w:jc w:val="both"/>
        <w:rPr>
          <w:rFonts w:ascii="Times New Roman" w:hAnsi="Times New Roman" w:cs="Times New Roman"/>
          <w:sz w:val="24"/>
          <w:szCs w:val="24"/>
        </w:rPr>
      </w:pPr>
      <w:r w:rsidRPr="00A37F8B">
        <w:rPr>
          <w:rFonts w:ascii="Times New Roman" w:hAnsi="Times New Roman" w:cs="Times New Roman"/>
          <w:sz w:val="24"/>
          <w:szCs w:val="24"/>
        </w:rPr>
        <w:t>Bağlam: Araştırmanın kuramsal, ampirik veya uygulamaya dönük bağlamını kısaca açıklayınız.</w:t>
      </w:r>
    </w:p>
    <w:p w14:paraId="20E8047C" w14:textId="77777777" w:rsidR="00F54065" w:rsidRPr="00A37F8B" w:rsidRDefault="00F54065" w:rsidP="00F54065">
      <w:pPr>
        <w:pStyle w:val="ListeParagraf"/>
        <w:numPr>
          <w:ilvl w:val="0"/>
          <w:numId w:val="32"/>
        </w:numPr>
        <w:jc w:val="both"/>
        <w:rPr>
          <w:rFonts w:ascii="Times New Roman" w:hAnsi="Times New Roman" w:cs="Times New Roman"/>
          <w:sz w:val="24"/>
          <w:szCs w:val="24"/>
        </w:rPr>
      </w:pPr>
      <w:r w:rsidRPr="00A37F8B">
        <w:rPr>
          <w:rFonts w:ascii="Times New Roman" w:hAnsi="Times New Roman" w:cs="Times New Roman"/>
          <w:sz w:val="24"/>
          <w:szCs w:val="24"/>
        </w:rPr>
        <w:t>Yöntem: Araştırma tasarımını, veri kaynaklarını, örneklemi ve analiz yaklaşımını belirtiniz.</w:t>
      </w:r>
    </w:p>
    <w:p w14:paraId="0000BC74" w14:textId="77777777" w:rsidR="00F54065" w:rsidRPr="00A37F8B" w:rsidRDefault="00F54065" w:rsidP="00F54065">
      <w:pPr>
        <w:pStyle w:val="ListeParagraf"/>
        <w:numPr>
          <w:ilvl w:val="0"/>
          <w:numId w:val="32"/>
        </w:numPr>
        <w:jc w:val="both"/>
        <w:rPr>
          <w:rFonts w:ascii="Times New Roman" w:hAnsi="Times New Roman" w:cs="Times New Roman"/>
          <w:sz w:val="24"/>
          <w:szCs w:val="24"/>
        </w:rPr>
      </w:pPr>
      <w:r w:rsidRPr="00A37F8B">
        <w:rPr>
          <w:rFonts w:ascii="Times New Roman" w:hAnsi="Times New Roman" w:cs="Times New Roman"/>
          <w:sz w:val="24"/>
          <w:szCs w:val="24"/>
        </w:rPr>
        <w:t>Bulgular (varsa): En önemli sonuçları veya beklenen çıktıları özetleyiniz.</w:t>
      </w:r>
    </w:p>
    <w:p w14:paraId="374A527B" w14:textId="65F6AA05" w:rsidR="00F54065" w:rsidRPr="00A37F8B" w:rsidRDefault="00F54065" w:rsidP="00F54065">
      <w:pPr>
        <w:pStyle w:val="ListeParagraf"/>
        <w:numPr>
          <w:ilvl w:val="0"/>
          <w:numId w:val="32"/>
        </w:numPr>
        <w:jc w:val="both"/>
        <w:rPr>
          <w:rFonts w:ascii="Times New Roman" w:hAnsi="Times New Roman" w:cs="Times New Roman"/>
          <w:sz w:val="24"/>
          <w:szCs w:val="24"/>
        </w:rPr>
      </w:pPr>
      <w:r w:rsidRPr="00A37F8B">
        <w:rPr>
          <w:rFonts w:ascii="Times New Roman" w:hAnsi="Times New Roman" w:cs="Times New Roman"/>
          <w:sz w:val="24"/>
          <w:szCs w:val="24"/>
        </w:rPr>
        <w:t>Katkı:</w:t>
      </w:r>
      <w:r w:rsidR="00A37F8B">
        <w:rPr>
          <w:rFonts w:ascii="Times New Roman" w:hAnsi="Times New Roman" w:cs="Times New Roman"/>
          <w:sz w:val="24"/>
          <w:szCs w:val="24"/>
        </w:rPr>
        <w:t xml:space="preserve"> </w:t>
      </w:r>
      <w:r w:rsidRPr="00A37F8B">
        <w:rPr>
          <w:rFonts w:ascii="Times New Roman" w:hAnsi="Times New Roman" w:cs="Times New Roman"/>
          <w:sz w:val="24"/>
          <w:szCs w:val="24"/>
        </w:rPr>
        <w:t>Çalışmanın literatüre ve/veya uygulamaya katkısını, özellikle</w:t>
      </w:r>
      <w:r w:rsidR="00A37F8B">
        <w:rPr>
          <w:rFonts w:ascii="Times New Roman" w:hAnsi="Times New Roman" w:cs="Times New Roman"/>
          <w:sz w:val="24"/>
          <w:szCs w:val="24"/>
        </w:rPr>
        <w:t xml:space="preserve"> </w:t>
      </w:r>
      <w:r w:rsidRPr="00A37F8B">
        <w:rPr>
          <w:rFonts w:ascii="Times New Roman" w:hAnsi="Times New Roman" w:cs="Times New Roman"/>
          <w:sz w:val="24"/>
          <w:szCs w:val="24"/>
        </w:rPr>
        <w:t>Sürdürülebilirlik ve Yapay Zekâ bağlamında açıklayınız.</w:t>
      </w:r>
    </w:p>
    <w:p w14:paraId="394B1632" w14:textId="77777777" w:rsidR="00F54065" w:rsidRPr="00F54065" w:rsidRDefault="00F54065" w:rsidP="00F54065">
      <w:pPr>
        <w:jc w:val="both"/>
        <w:rPr>
          <w:rFonts w:ascii="Times New Roman" w:hAnsi="Times New Roman" w:cs="Times New Roman"/>
          <w:sz w:val="24"/>
          <w:szCs w:val="24"/>
        </w:rPr>
      </w:pPr>
      <w:r w:rsidRPr="00F54065">
        <w:rPr>
          <w:rFonts w:ascii="Times New Roman" w:hAnsi="Times New Roman" w:cs="Times New Roman"/>
          <w:sz w:val="24"/>
          <w:szCs w:val="24"/>
        </w:rPr>
        <w:t>Özet, tam metne başvurulmadan da anlaşılabilir nitelikte, kendi başına yeterli bir metin olmalıdır.</w:t>
      </w:r>
    </w:p>
    <w:p w14:paraId="1E7876E2" w14:textId="77777777" w:rsidR="004669D3" w:rsidRPr="004669D3" w:rsidRDefault="004669D3" w:rsidP="004669D3">
      <w:pPr>
        <w:jc w:val="both"/>
        <w:rPr>
          <w:rFonts w:ascii="Times New Roman" w:hAnsi="Times New Roman" w:cs="Times New Roman"/>
          <w:b/>
          <w:bCs/>
          <w:sz w:val="24"/>
          <w:szCs w:val="24"/>
        </w:rPr>
      </w:pPr>
      <w:r w:rsidRPr="004669D3">
        <w:rPr>
          <w:rFonts w:ascii="Times New Roman" w:hAnsi="Times New Roman" w:cs="Times New Roman"/>
          <w:b/>
          <w:bCs/>
          <w:sz w:val="24"/>
          <w:szCs w:val="24"/>
        </w:rPr>
        <w:t>Anahtar Kelimeler</w:t>
      </w:r>
    </w:p>
    <w:p w14:paraId="5B66AF76" w14:textId="77777777" w:rsidR="004669D3" w:rsidRPr="00A37F8B" w:rsidRDefault="004669D3" w:rsidP="004669D3">
      <w:pPr>
        <w:jc w:val="both"/>
        <w:rPr>
          <w:rFonts w:ascii="Times New Roman" w:hAnsi="Times New Roman" w:cs="Times New Roman"/>
          <w:sz w:val="24"/>
          <w:szCs w:val="24"/>
        </w:rPr>
      </w:pPr>
      <w:r w:rsidRPr="004669D3">
        <w:rPr>
          <w:rFonts w:ascii="Times New Roman" w:hAnsi="Times New Roman" w:cs="Times New Roman"/>
          <w:sz w:val="24"/>
          <w:szCs w:val="24"/>
        </w:rPr>
        <w:t>Çalışmanın temel temalarını, kullanılan yöntemleri ve kapsamını yansıtan 3–5 anahtar kelime belirtiniz.</w:t>
      </w:r>
    </w:p>
    <w:p w14:paraId="0E757114" w14:textId="688BEF42" w:rsidR="004669D3" w:rsidRPr="004669D3" w:rsidRDefault="004669D3" w:rsidP="004669D3">
      <w:pPr>
        <w:jc w:val="both"/>
        <w:rPr>
          <w:rFonts w:ascii="Times New Roman" w:hAnsi="Times New Roman" w:cs="Times New Roman"/>
          <w:sz w:val="24"/>
          <w:szCs w:val="24"/>
        </w:rPr>
      </w:pPr>
      <w:r w:rsidRPr="004669D3">
        <w:rPr>
          <w:rFonts w:ascii="Times New Roman" w:hAnsi="Times New Roman" w:cs="Times New Roman"/>
          <w:sz w:val="24"/>
          <w:szCs w:val="24"/>
        </w:rPr>
        <w:t>Anahtar kelimeler özel isimler dışında küçük harfle yazılmalı ve noktalı virgül (;) ile ayrılmalıdır.</w:t>
      </w:r>
    </w:p>
    <w:p w14:paraId="4A7FCFDA" w14:textId="77777777" w:rsidR="004669D3" w:rsidRPr="004669D3" w:rsidRDefault="004669D3" w:rsidP="004669D3">
      <w:pPr>
        <w:jc w:val="both"/>
        <w:rPr>
          <w:rFonts w:ascii="Times New Roman" w:hAnsi="Times New Roman" w:cs="Times New Roman"/>
          <w:sz w:val="24"/>
          <w:szCs w:val="24"/>
        </w:rPr>
      </w:pPr>
      <w:r w:rsidRPr="004669D3">
        <w:rPr>
          <w:rFonts w:ascii="Times New Roman" w:hAnsi="Times New Roman" w:cs="Times New Roman"/>
          <w:sz w:val="24"/>
          <w:szCs w:val="24"/>
        </w:rPr>
        <w:t>Örnek:</w:t>
      </w:r>
      <w:r w:rsidRPr="004669D3">
        <w:rPr>
          <w:rFonts w:ascii="Times New Roman" w:hAnsi="Times New Roman" w:cs="Times New Roman"/>
          <w:sz w:val="24"/>
          <w:szCs w:val="24"/>
        </w:rPr>
        <w:br/>
        <w:t xml:space="preserve">sürdürülebilirlik; yapay </w:t>
      </w:r>
      <w:proofErr w:type="gramStart"/>
      <w:r w:rsidRPr="004669D3">
        <w:rPr>
          <w:rFonts w:ascii="Times New Roman" w:hAnsi="Times New Roman" w:cs="Times New Roman"/>
          <w:sz w:val="24"/>
          <w:szCs w:val="24"/>
        </w:rPr>
        <w:t>zekâ;</w:t>
      </w:r>
      <w:proofErr w:type="gramEnd"/>
      <w:r w:rsidRPr="004669D3">
        <w:rPr>
          <w:rFonts w:ascii="Times New Roman" w:hAnsi="Times New Roman" w:cs="Times New Roman"/>
          <w:sz w:val="24"/>
          <w:szCs w:val="24"/>
        </w:rPr>
        <w:t xml:space="preserve"> karar destek </w:t>
      </w:r>
      <w:proofErr w:type="gramStart"/>
      <w:r w:rsidRPr="004669D3">
        <w:rPr>
          <w:rFonts w:ascii="Times New Roman" w:hAnsi="Times New Roman" w:cs="Times New Roman"/>
          <w:sz w:val="24"/>
          <w:szCs w:val="24"/>
        </w:rPr>
        <w:t>sistemleri;</w:t>
      </w:r>
      <w:proofErr w:type="gramEnd"/>
      <w:r w:rsidRPr="004669D3">
        <w:rPr>
          <w:rFonts w:ascii="Times New Roman" w:hAnsi="Times New Roman" w:cs="Times New Roman"/>
          <w:sz w:val="24"/>
          <w:szCs w:val="24"/>
        </w:rPr>
        <w:t xml:space="preserve"> döngüsel ekonomi</w:t>
      </w:r>
    </w:p>
    <w:p w14:paraId="0150CBAE" w14:textId="77777777" w:rsidR="00EE1E1C" w:rsidRPr="00EE1E1C" w:rsidRDefault="00EE1E1C" w:rsidP="00EE1E1C">
      <w:pPr>
        <w:jc w:val="both"/>
        <w:rPr>
          <w:rFonts w:ascii="Times New Roman" w:hAnsi="Times New Roman" w:cs="Times New Roman"/>
          <w:b/>
          <w:bCs/>
          <w:sz w:val="24"/>
          <w:szCs w:val="24"/>
        </w:rPr>
      </w:pPr>
      <w:r w:rsidRPr="00EE1E1C">
        <w:rPr>
          <w:rFonts w:ascii="Times New Roman" w:hAnsi="Times New Roman" w:cs="Times New Roman"/>
          <w:b/>
          <w:bCs/>
          <w:sz w:val="24"/>
          <w:szCs w:val="24"/>
        </w:rPr>
        <w:t>Grafik Özet (</w:t>
      </w:r>
      <w:proofErr w:type="spellStart"/>
      <w:r w:rsidRPr="00EE1E1C">
        <w:rPr>
          <w:rFonts w:ascii="Times New Roman" w:hAnsi="Times New Roman" w:cs="Times New Roman"/>
          <w:b/>
          <w:bCs/>
          <w:sz w:val="24"/>
          <w:szCs w:val="24"/>
        </w:rPr>
        <w:t>Graphic</w:t>
      </w:r>
      <w:proofErr w:type="spellEnd"/>
      <w:r w:rsidRPr="00EE1E1C">
        <w:rPr>
          <w:rFonts w:ascii="Times New Roman" w:hAnsi="Times New Roman" w:cs="Times New Roman"/>
          <w:b/>
          <w:bCs/>
          <w:sz w:val="24"/>
          <w:szCs w:val="24"/>
        </w:rPr>
        <w:t xml:space="preserve"> </w:t>
      </w:r>
      <w:proofErr w:type="spellStart"/>
      <w:r w:rsidRPr="00EE1E1C">
        <w:rPr>
          <w:rFonts w:ascii="Times New Roman" w:hAnsi="Times New Roman" w:cs="Times New Roman"/>
          <w:b/>
          <w:bCs/>
          <w:sz w:val="24"/>
          <w:szCs w:val="24"/>
        </w:rPr>
        <w:t>Abstract</w:t>
      </w:r>
      <w:proofErr w:type="spellEnd"/>
      <w:r w:rsidRPr="00EE1E1C">
        <w:rPr>
          <w:rFonts w:ascii="Times New Roman" w:hAnsi="Times New Roman" w:cs="Times New Roman"/>
          <w:b/>
          <w:bCs/>
          <w:sz w:val="24"/>
          <w:szCs w:val="24"/>
        </w:rPr>
        <w:t>)</w:t>
      </w:r>
    </w:p>
    <w:p w14:paraId="13A29008" w14:textId="77777777" w:rsidR="00EE1E1C" w:rsidRPr="00EE1E1C" w:rsidRDefault="00EE1E1C" w:rsidP="00EE1E1C">
      <w:pPr>
        <w:jc w:val="both"/>
        <w:rPr>
          <w:rFonts w:ascii="Times New Roman" w:hAnsi="Times New Roman" w:cs="Times New Roman"/>
          <w:sz w:val="24"/>
          <w:szCs w:val="24"/>
        </w:rPr>
      </w:pPr>
      <w:r w:rsidRPr="00EE1E1C">
        <w:rPr>
          <w:rFonts w:ascii="Times New Roman" w:hAnsi="Times New Roman" w:cs="Times New Roman"/>
          <w:i/>
          <w:iCs/>
          <w:sz w:val="24"/>
          <w:szCs w:val="24"/>
        </w:rPr>
        <w:t>(Tam Metin Başvuruları için Zorunludur)</w:t>
      </w:r>
    </w:p>
    <w:p w14:paraId="2A2D3DA0" w14:textId="77777777" w:rsidR="003D43CB" w:rsidRPr="00A37F8B" w:rsidRDefault="00EE1E1C" w:rsidP="00EE1E1C">
      <w:pPr>
        <w:jc w:val="both"/>
        <w:rPr>
          <w:rFonts w:ascii="Times New Roman" w:hAnsi="Times New Roman" w:cs="Times New Roman"/>
          <w:sz w:val="24"/>
          <w:szCs w:val="24"/>
        </w:rPr>
      </w:pPr>
      <w:r w:rsidRPr="00EE1E1C">
        <w:rPr>
          <w:rFonts w:ascii="Times New Roman" w:hAnsi="Times New Roman" w:cs="Times New Roman"/>
          <w:sz w:val="24"/>
          <w:szCs w:val="24"/>
        </w:rPr>
        <w:t>Yazarların, çalışmanın temel amacını, yöntemini ve başlıca katkısını görsel olarak özetleyen bir grafik özet eklemeleri zorunludur.</w:t>
      </w:r>
      <w:r w:rsidRPr="00A37F8B">
        <w:rPr>
          <w:rFonts w:ascii="Times New Roman" w:hAnsi="Times New Roman" w:cs="Times New Roman"/>
          <w:sz w:val="24"/>
          <w:szCs w:val="24"/>
        </w:rPr>
        <w:t xml:space="preserve"> </w:t>
      </w:r>
      <w:r w:rsidRPr="00EE1E1C">
        <w:rPr>
          <w:rFonts w:ascii="Times New Roman" w:hAnsi="Times New Roman" w:cs="Times New Roman"/>
          <w:sz w:val="24"/>
          <w:szCs w:val="24"/>
        </w:rPr>
        <w:t xml:space="preserve">Grafik özet; araştırmanın açık, öz ve </w:t>
      </w:r>
      <w:r w:rsidRPr="00EE1E1C">
        <w:rPr>
          <w:rFonts w:ascii="Times New Roman" w:hAnsi="Times New Roman" w:cs="Times New Roman"/>
          <w:sz w:val="24"/>
          <w:szCs w:val="24"/>
        </w:rPr>
        <w:lastRenderedPageBreak/>
        <w:t>kendi kendini açıklayan bir genel görünümünü sunmalı ve uzun açıklayıcı metinlere ihtiyaç duyulmadan anlaşılabilir olmalıdır.</w:t>
      </w:r>
    </w:p>
    <w:p w14:paraId="5D679479" w14:textId="72870306" w:rsidR="00EE1E1C" w:rsidRPr="00EE1E1C" w:rsidRDefault="00EE1E1C" w:rsidP="00EE1E1C">
      <w:pPr>
        <w:jc w:val="both"/>
        <w:rPr>
          <w:rFonts w:ascii="Times New Roman" w:hAnsi="Times New Roman" w:cs="Times New Roman"/>
          <w:sz w:val="24"/>
          <w:szCs w:val="24"/>
        </w:rPr>
      </w:pPr>
      <w:r w:rsidRPr="00EE1E1C">
        <w:rPr>
          <w:rFonts w:ascii="Times New Roman" w:hAnsi="Times New Roman" w:cs="Times New Roman"/>
          <w:sz w:val="24"/>
          <w:szCs w:val="24"/>
        </w:rPr>
        <w:t>Grafik özet; kavramsal çerçeveler, süreç diyagramları, akış şemaları veya çalışmayla ilişkili diğer görsel temsilleri içerebilir.</w:t>
      </w:r>
      <w:r w:rsidR="003D43CB" w:rsidRPr="00A37F8B">
        <w:rPr>
          <w:rFonts w:ascii="Times New Roman" w:hAnsi="Times New Roman" w:cs="Times New Roman"/>
          <w:sz w:val="24"/>
          <w:szCs w:val="24"/>
        </w:rPr>
        <w:t xml:space="preserve"> </w:t>
      </w:r>
      <w:r w:rsidRPr="00EE1E1C">
        <w:rPr>
          <w:rFonts w:ascii="Times New Roman" w:hAnsi="Times New Roman" w:cs="Times New Roman"/>
          <w:sz w:val="24"/>
          <w:szCs w:val="24"/>
        </w:rPr>
        <w:t>Metnin asgari düzeyde kullanılması, görsel açıklığın ise ön planda tutulması önerilir.</w:t>
      </w:r>
    </w:p>
    <w:p w14:paraId="69B7D034" w14:textId="77777777" w:rsidR="00EE1E1C" w:rsidRPr="00EE1E1C" w:rsidRDefault="00EE1E1C" w:rsidP="00EE1E1C">
      <w:pPr>
        <w:jc w:val="both"/>
        <w:rPr>
          <w:rFonts w:ascii="Times New Roman" w:hAnsi="Times New Roman" w:cs="Times New Roman"/>
          <w:sz w:val="24"/>
          <w:szCs w:val="24"/>
        </w:rPr>
      </w:pPr>
      <w:r w:rsidRPr="00EE1E1C">
        <w:rPr>
          <w:rFonts w:ascii="Times New Roman" w:hAnsi="Times New Roman" w:cs="Times New Roman"/>
          <w:sz w:val="24"/>
          <w:szCs w:val="24"/>
        </w:rPr>
        <w:t>Biçimlendirme Kuralları</w:t>
      </w:r>
    </w:p>
    <w:p w14:paraId="4BBB4A75" w14:textId="77777777" w:rsidR="00EE1E1C" w:rsidRPr="00A37F8B" w:rsidRDefault="00EE1E1C" w:rsidP="00FF57B2">
      <w:pPr>
        <w:pStyle w:val="ListeParagraf"/>
        <w:numPr>
          <w:ilvl w:val="0"/>
          <w:numId w:val="34"/>
        </w:numPr>
        <w:jc w:val="both"/>
        <w:rPr>
          <w:rFonts w:ascii="Times New Roman" w:hAnsi="Times New Roman" w:cs="Times New Roman"/>
          <w:sz w:val="24"/>
          <w:szCs w:val="24"/>
        </w:rPr>
      </w:pPr>
      <w:r w:rsidRPr="00A37F8B">
        <w:rPr>
          <w:rFonts w:ascii="Times New Roman" w:hAnsi="Times New Roman" w:cs="Times New Roman"/>
          <w:sz w:val="24"/>
          <w:szCs w:val="24"/>
        </w:rPr>
        <w:t>Tek bir görsel kullanılmalıdır.</w:t>
      </w:r>
    </w:p>
    <w:p w14:paraId="6B245619" w14:textId="77777777" w:rsidR="00EE1E1C" w:rsidRPr="00A37F8B" w:rsidRDefault="00EE1E1C" w:rsidP="00FF57B2">
      <w:pPr>
        <w:pStyle w:val="ListeParagraf"/>
        <w:numPr>
          <w:ilvl w:val="0"/>
          <w:numId w:val="34"/>
        </w:numPr>
        <w:jc w:val="both"/>
        <w:rPr>
          <w:rFonts w:ascii="Times New Roman" w:hAnsi="Times New Roman" w:cs="Times New Roman"/>
          <w:sz w:val="24"/>
          <w:szCs w:val="24"/>
        </w:rPr>
      </w:pPr>
      <w:r w:rsidRPr="00A37F8B">
        <w:rPr>
          <w:rFonts w:ascii="Times New Roman" w:hAnsi="Times New Roman" w:cs="Times New Roman"/>
          <w:sz w:val="24"/>
          <w:szCs w:val="24"/>
        </w:rPr>
        <w:t>Tercih edilen dosya formatları: JPG, PNG veya PDF</w:t>
      </w:r>
    </w:p>
    <w:p w14:paraId="6C07F6FD" w14:textId="77777777" w:rsidR="00EE1E1C" w:rsidRPr="00A37F8B" w:rsidRDefault="00EE1E1C" w:rsidP="00FF57B2">
      <w:pPr>
        <w:pStyle w:val="ListeParagraf"/>
        <w:numPr>
          <w:ilvl w:val="0"/>
          <w:numId w:val="34"/>
        </w:numPr>
        <w:jc w:val="both"/>
        <w:rPr>
          <w:rFonts w:ascii="Times New Roman" w:hAnsi="Times New Roman" w:cs="Times New Roman"/>
          <w:sz w:val="24"/>
          <w:szCs w:val="24"/>
        </w:rPr>
      </w:pPr>
      <w:r w:rsidRPr="00A37F8B">
        <w:rPr>
          <w:rFonts w:ascii="Times New Roman" w:hAnsi="Times New Roman" w:cs="Times New Roman"/>
          <w:sz w:val="24"/>
          <w:szCs w:val="24"/>
        </w:rPr>
        <w:t>Metin minimum düzeyde olmalı; görsel kendi kendini açıklayabilmelidir.</w:t>
      </w:r>
    </w:p>
    <w:p w14:paraId="089B3622" w14:textId="77777777" w:rsidR="00EE1E1C" w:rsidRPr="00A37F8B" w:rsidRDefault="00EE1E1C" w:rsidP="00FF57B2">
      <w:pPr>
        <w:pStyle w:val="ListeParagraf"/>
        <w:numPr>
          <w:ilvl w:val="0"/>
          <w:numId w:val="34"/>
        </w:numPr>
        <w:jc w:val="both"/>
        <w:rPr>
          <w:rFonts w:ascii="Times New Roman" w:hAnsi="Times New Roman" w:cs="Times New Roman"/>
          <w:sz w:val="24"/>
          <w:szCs w:val="24"/>
        </w:rPr>
      </w:pPr>
      <w:r w:rsidRPr="00A37F8B">
        <w:rPr>
          <w:rFonts w:ascii="Times New Roman" w:hAnsi="Times New Roman" w:cs="Times New Roman"/>
          <w:sz w:val="24"/>
          <w:szCs w:val="24"/>
        </w:rPr>
        <w:t>Dijital görüntülemeye uygun nitelikte olmalıdır.</w:t>
      </w:r>
    </w:p>
    <w:p w14:paraId="45787152" w14:textId="77777777" w:rsidR="00EE1E1C" w:rsidRPr="00EE1E1C" w:rsidRDefault="00EE1E1C" w:rsidP="00EE1E1C">
      <w:pPr>
        <w:jc w:val="both"/>
        <w:rPr>
          <w:rFonts w:ascii="Times New Roman" w:hAnsi="Times New Roman" w:cs="Times New Roman"/>
          <w:sz w:val="24"/>
          <w:szCs w:val="24"/>
        </w:rPr>
      </w:pPr>
      <w:r w:rsidRPr="00EE1E1C">
        <w:rPr>
          <w:rFonts w:ascii="Times New Roman" w:hAnsi="Times New Roman" w:cs="Times New Roman"/>
          <w:sz w:val="24"/>
          <w:szCs w:val="24"/>
        </w:rPr>
        <w:t>Örnek Grafik Özet</w:t>
      </w:r>
    </w:p>
    <w:p w14:paraId="2F9B92F4" w14:textId="77777777" w:rsidR="00804BE2" w:rsidRPr="00A37F8B" w:rsidRDefault="00EE1E1C" w:rsidP="00EE1E1C">
      <w:pPr>
        <w:jc w:val="both"/>
        <w:rPr>
          <w:rFonts w:ascii="Times New Roman" w:hAnsi="Times New Roman" w:cs="Times New Roman"/>
          <w:sz w:val="24"/>
          <w:szCs w:val="24"/>
        </w:rPr>
      </w:pPr>
      <w:r w:rsidRPr="00EE1E1C">
        <w:rPr>
          <w:rFonts w:ascii="Times New Roman" w:hAnsi="Times New Roman" w:cs="Times New Roman"/>
          <w:i/>
          <w:iCs/>
          <w:sz w:val="24"/>
          <w:szCs w:val="24"/>
        </w:rPr>
        <w:t>(Yalnızca örnekleme amacıyla verilmiştir.)</w:t>
      </w:r>
    </w:p>
    <w:p w14:paraId="4A898654" w14:textId="77777777" w:rsidR="00804BE2" w:rsidRPr="00A37F8B" w:rsidRDefault="00EE1E1C" w:rsidP="00EE1E1C">
      <w:pPr>
        <w:jc w:val="both"/>
        <w:rPr>
          <w:rFonts w:ascii="Times New Roman" w:hAnsi="Times New Roman" w:cs="Times New Roman"/>
          <w:sz w:val="24"/>
          <w:szCs w:val="24"/>
        </w:rPr>
      </w:pPr>
      <w:r w:rsidRPr="00EE1E1C">
        <w:rPr>
          <w:rFonts w:ascii="Times New Roman" w:hAnsi="Times New Roman" w:cs="Times New Roman"/>
          <w:sz w:val="24"/>
          <w:szCs w:val="24"/>
        </w:rPr>
        <w:t>Aşağıdaki örnek, grafik özetten beklenen biçim ve ayrıntı düzeyini göstermek amacıyla sunulmaktadır.</w:t>
      </w:r>
    </w:p>
    <w:p w14:paraId="38A02EC1" w14:textId="6F1D1A5E" w:rsidR="00EE1E1C" w:rsidRPr="00EE1E1C" w:rsidRDefault="00EE1E1C" w:rsidP="00EE1E1C">
      <w:pPr>
        <w:jc w:val="both"/>
        <w:rPr>
          <w:rFonts w:ascii="Times New Roman" w:hAnsi="Times New Roman" w:cs="Times New Roman"/>
          <w:sz w:val="24"/>
          <w:szCs w:val="24"/>
        </w:rPr>
      </w:pPr>
      <w:r w:rsidRPr="00EE1E1C">
        <w:rPr>
          <w:rFonts w:ascii="Times New Roman" w:hAnsi="Times New Roman" w:cs="Times New Roman"/>
          <w:sz w:val="24"/>
          <w:szCs w:val="24"/>
        </w:rPr>
        <w:t>Yazarlar, bu örneği kendi özgün grafik özetleriyle değiştirmelidir.</w:t>
      </w:r>
    </w:p>
    <w:p w14:paraId="7EF5EDD2" w14:textId="77777777" w:rsidR="00960ECC" w:rsidRPr="00A37F8B" w:rsidRDefault="00960ECC" w:rsidP="00960ECC">
      <w:pPr>
        <w:jc w:val="both"/>
        <w:rPr>
          <w:rFonts w:ascii="Times New Roman" w:hAnsi="Times New Roman" w:cs="Times New Roman"/>
          <w:i/>
          <w:iCs/>
          <w:sz w:val="24"/>
          <w:szCs w:val="24"/>
        </w:rPr>
      </w:pPr>
      <w:r w:rsidRPr="00A37F8B">
        <w:rPr>
          <w:rFonts w:ascii="Times New Roman" w:hAnsi="Times New Roman" w:cs="Times New Roman"/>
          <w:i/>
          <w:iCs/>
          <w:sz w:val="24"/>
          <w:szCs w:val="24"/>
        </w:rPr>
        <w:drawing>
          <wp:inline distT="0" distB="0" distL="0" distR="0" wp14:anchorId="0D1292CC" wp14:editId="1C9647A5">
            <wp:extent cx="5486400" cy="2947670"/>
            <wp:effectExtent l="0" t="0" r="0" b="5080"/>
            <wp:docPr id="1406239942" name="Resim 1" descr="metin, ekran görüntüsü, yazı tipi, sayı, numar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39942" name="Resim 1" descr="metin, ekran görüntüsü, yazı tipi, sayı, numara içeren bir resim&#10;&#10;Yapay zeka tarafından oluşturulmuş içerik yanlış olabilir."/>
                    <pic:cNvPicPr/>
                  </pic:nvPicPr>
                  <pic:blipFill>
                    <a:blip r:embed="rId8"/>
                    <a:stretch>
                      <a:fillRect/>
                    </a:stretch>
                  </pic:blipFill>
                  <pic:spPr>
                    <a:xfrm>
                      <a:off x="0" y="0"/>
                      <a:ext cx="5486400" cy="2947670"/>
                    </a:xfrm>
                    <a:prstGeom prst="rect">
                      <a:avLst/>
                    </a:prstGeom>
                  </pic:spPr>
                </pic:pic>
              </a:graphicData>
            </a:graphic>
          </wp:inline>
        </w:drawing>
      </w:r>
    </w:p>
    <w:p w14:paraId="3BB183B5" w14:textId="77777777" w:rsidR="00960ECC" w:rsidRPr="00A37F8B" w:rsidRDefault="00960ECC" w:rsidP="00960ECC">
      <w:pPr>
        <w:jc w:val="both"/>
        <w:rPr>
          <w:rFonts w:ascii="Times New Roman" w:hAnsi="Times New Roman" w:cs="Times New Roman"/>
          <w:i/>
          <w:iCs/>
          <w:sz w:val="24"/>
          <w:szCs w:val="24"/>
        </w:rPr>
      </w:pPr>
      <w:hyperlink r:id="rId9" w:tgtFrame="_blank" w:history="1">
        <w:proofErr w:type="spellStart"/>
        <w:r w:rsidRPr="00A37F8B">
          <w:rPr>
            <w:rStyle w:val="Kpr"/>
            <w:rFonts w:ascii="Times New Roman" w:hAnsi="Times New Roman" w:cs="Times New Roman"/>
            <w:i/>
            <w:iCs/>
            <w:sz w:val="24"/>
            <w:szCs w:val="24"/>
          </w:rPr>
          <w:t>Incidence</w:t>
        </w:r>
        <w:proofErr w:type="spellEnd"/>
        <w:r w:rsidRPr="00A37F8B">
          <w:rPr>
            <w:rStyle w:val="Kpr"/>
            <w:rFonts w:ascii="Times New Roman" w:hAnsi="Times New Roman" w:cs="Times New Roman"/>
            <w:i/>
            <w:iCs/>
            <w:sz w:val="24"/>
            <w:szCs w:val="24"/>
          </w:rPr>
          <w:t xml:space="preserve"> of ESKD </w:t>
        </w:r>
        <w:proofErr w:type="spellStart"/>
        <w:r w:rsidRPr="00A37F8B">
          <w:rPr>
            <w:rStyle w:val="Kpr"/>
            <w:rFonts w:ascii="Times New Roman" w:hAnsi="Times New Roman" w:cs="Times New Roman"/>
            <w:i/>
            <w:iCs/>
            <w:sz w:val="24"/>
            <w:szCs w:val="24"/>
          </w:rPr>
          <w:t>Among</w:t>
        </w:r>
        <w:proofErr w:type="spellEnd"/>
        <w:r w:rsidRPr="00A37F8B">
          <w:rPr>
            <w:rStyle w:val="Kpr"/>
            <w:rFonts w:ascii="Times New Roman" w:hAnsi="Times New Roman" w:cs="Times New Roman"/>
            <w:i/>
            <w:iCs/>
            <w:sz w:val="24"/>
            <w:szCs w:val="24"/>
          </w:rPr>
          <w:t xml:space="preserve"> </w:t>
        </w:r>
        <w:proofErr w:type="spellStart"/>
        <w:r w:rsidRPr="00A37F8B">
          <w:rPr>
            <w:rStyle w:val="Kpr"/>
            <w:rFonts w:ascii="Times New Roman" w:hAnsi="Times New Roman" w:cs="Times New Roman"/>
            <w:i/>
            <w:iCs/>
            <w:sz w:val="24"/>
            <w:szCs w:val="24"/>
          </w:rPr>
          <w:t>Native</w:t>
        </w:r>
        <w:proofErr w:type="spellEnd"/>
        <w:r w:rsidRPr="00A37F8B">
          <w:rPr>
            <w:rStyle w:val="Kpr"/>
            <w:rFonts w:ascii="Times New Roman" w:hAnsi="Times New Roman" w:cs="Times New Roman"/>
            <w:i/>
            <w:iCs/>
            <w:sz w:val="24"/>
            <w:szCs w:val="24"/>
          </w:rPr>
          <w:t xml:space="preserve"> </w:t>
        </w:r>
        <w:proofErr w:type="spellStart"/>
        <w:r w:rsidRPr="00A37F8B">
          <w:rPr>
            <w:rStyle w:val="Kpr"/>
            <w:rFonts w:ascii="Times New Roman" w:hAnsi="Times New Roman" w:cs="Times New Roman"/>
            <w:i/>
            <w:iCs/>
            <w:sz w:val="24"/>
            <w:szCs w:val="24"/>
          </w:rPr>
          <w:t>Hawaiians</w:t>
        </w:r>
        <w:proofErr w:type="spellEnd"/>
        <w:r w:rsidRPr="00A37F8B">
          <w:rPr>
            <w:rStyle w:val="Kpr"/>
            <w:rFonts w:ascii="Times New Roman" w:hAnsi="Times New Roman" w:cs="Times New Roman"/>
            <w:i/>
            <w:iCs/>
            <w:sz w:val="24"/>
            <w:szCs w:val="24"/>
          </w:rPr>
          <w:t xml:space="preserve"> </w:t>
        </w:r>
        <w:proofErr w:type="spellStart"/>
        <w:r w:rsidRPr="00A37F8B">
          <w:rPr>
            <w:rStyle w:val="Kpr"/>
            <w:rFonts w:ascii="Times New Roman" w:hAnsi="Times New Roman" w:cs="Times New Roman"/>
            <w:i/>
            <w:iCs/>
            <w:sz w:val="24"/>
            <w:szCs w:val="24"/>
          </w:rPr>
          <w:t>and</w:t>
        </w:r>
        <w:proofErr w:type="spellEnd"/>
        <w:r w:rsidRPr="00A37F8B">
          <w:rPr>
            <w:rStyle w:val="Kpr"/>
            <w:rFonts w:ascii="Times New Roman" w:hAnsi="Times New Roman" w:cs="Times New Roman"/>
            <w:i/>
            <w:iCs/>
            <w:sz w:val="24"/>
            <w:szCs w:val="24"/>
          </w:rPr>
          <w:t xml:space="preserve"> Pacific </w:t>
        </w:r>
        <w:proofErr w:type="spellStart"/>
        <w:r w:rsidRPr="00A37F8B">
          <w:rPr>
            <w:rStyle w:val="Kpr"/>
            <w:rFonts w:ascii="Times New Roman" w:hAnsi="Times New Roman" w:cs="Times New Roman"/>
            <w:i/>
            <w:iCs/>
            <w:sz w:val="24"/>
            <w:szCs w:val="24"/>
          </w:rPr>
          <w:t>Islanders</w:t>
        </w:r>
        <w:proofErr w:type="spellEnd"/>
        <w:r w:rsidRPr="00A37F8B">
          <w:rPr>
            <w:rStyle w:val="Kpr"/>
            <w:rFonts w:ascii="Times New Roman" w:hAnsi="Times New Roman" w:cs="Times New Roman"/>
            <w:i/>
            <w:iCs/>
            <w:sz w:val="24"/>
            <w:szCs w:val="24"/>
          </w:rPr>
          <w:t xml:space="preserve"> </w:t>
        </w:r>
        <w:proofErr w:type="spellStart"/>
        <w:r w:rsidRPr="00A37F8B">
          <w:rPr>
            <w:rStyle w:val="Kpr"/>
            <w:rFonts w:ascii="Times New Roman" w:hAnsi="Times New Roman" w:cs="Times New Roman"/>
            <w:i/>
            <w:iCs/>
            <w:sz w:val="24"/>
            <w:szCs w:val="24"/>
          </w:rPr>
          <w:t>Living</w:t>
        </w:r>
        <w:proofErr w:type="spellEnd"/>
        <w:r w:rsidRPr="00A37F8B">
          <w:rPr>
            <w:rStyle w:val="Kpr"/>
            <w:rFonts w:ascii="Times New Roman" w:hAnsi="Times New Roman" w:cs="Times New Roman"/>
            <w:i/>
            <w:iCs/>
            <w:sz w:val="24"/>
            <w:szCs w:val="24"/>
          </w:rPr>
          <w:t xml:space="preserve"> in </w:t>
        </w:r>
        <w:proofErr w:type="spellStart"/>
        <w:r w:rsidRPr="00A37F8B">
          <w:rPr>
            <w:rStyle w:val="Kpr"/>
            <w:rFonts w:ascii="Times New Roman" w:hAnsi="Times New Roman" w:cs="Times New Roman"/>
            <w:i/>
            <w:iCs/>
            <w:sz w:val="24"/>
            <w:szCs w:val="24"/>
          </w:rPr>
          <w:t>the</w:t>
        </w:r>
        <w:proofErr w:type="spellEnd"/>
        <w:r w:rsidRPr="00A37F8B">
          <w:rPr>
            <w:rStyle w:val="Kpr"/>
            <w:rFonts w:ascii="Times New Roman" w:hAnsi="Times New Roman" w:cs="Times New Roman"/>
            <w:i/>
            <w:iCs/>
            <w:sz w:val="24"/>
            <w:szCs w:val="24"/>
          </w:rPr>
          <w:t xml:space="preserve"> 50 US </w:t>
        </w:r>
        <w:proofErr w:type="spellStart"/>
        <w:r w:rsidRPr="00A37F8B">
          <w:rPr>
            <w:rStyle w:val="Kpr"/>
            <w:rFonts w:ascii="Times New Roman" w:hAnsi="Times New Roman" w:cs="Times New Roman"/>
            <w:i/>
            <w:iCs/>
            <w:sz w:val="24"/>
            <w:szCs w:val="24"/>
          </w:rPr>
          <w:t>States</w:t>
        </w:r>
        <w:proofErr w:type="spellEnd"/>
        <w:r w:rsidRPr="00A37F8B">
          <w:rPr>
            <w:rStyle w:val="Kpr"/>
            <w:rFonts w:ascii="Times New Roman" w:hAnsi="Times New Roman" w:cs="Times New Roman"/>
            <w:i/>
            <w:iCs/>
            <w:sz w:val="24"/>
            <w:szCs w:val="24"/>
          </w:rPr>
          <w:t xml:space="preserve"> </w:t>
        </w:r>
        <w:proofErr w:type="spellStart"/>
        <w:r w:rsidRPr="00A37F8B">
          <w:rPr>
            <w:rStyle w:val="Kpr"/>
            <w:rFonts w:ascii="Times New Roman" w:hAnsi="Times New Roman" w:cs="Times New Roman"/>
            <w:i/>
            <w:iCs/>
            <w:sz w:val="24"/>
            <w:szCs w:val="24"/>
          </w:rPr>
          <w:t>and</w:t>
        </w:r>
        <w:proofErr w:type="spellEnd"/>
        <w:r w:rsidRPr="00A37F8B">
          <w:rPr>
            <w:rStyle w:val="Kpr"/>
            <w:rFonts w:ascii="Times New Roman" w:hAnsi="Times New Roman" w:cs="Times New Roman"/>
            <w:i/>
            <w:iCs/>
            <w:sz w:val="24"/>
            <w:szCs w:val="24"/>
          </w:rPr>
          <w:t xml:space="preserve"> Pacific Island </w:t>
        </w:r>
        <w:proofErr w:type="spellStart"/>
        <w:r w:rsidRPr="00A37F8B">
          <w:rPr>
            <w:rStyle w:val="Kpr"/>
            <w:rFonts w:ascii="Times New Roman" w:hAnsi="Times New Roman" w:cs="Times New Roman"/>
            <w:i/>
            <w:iCs/>
            <w:sz w:val="24"/>
            <w:szCs w:val="24"/>
          </w:rPr>
          <w:t>Territories</w:t>
        </w:r>
        <w:proofErr w:type="spellEnd"/>
      </w:hyperlink>
    </w:p>
    <w:p w14:paraId="5F2436D3" w14:textId="77777777" w:rsidR="00682C36" w:rsidRPr="00A37F8B" w:rsidRDefault="00682C36" w:rsidP="00682C36">
      <w:pPr>
        <w:jc w:val="both"/>
        <w:rPr>
          <w:rFonts w:ascii="Times New Roman" w:hAnsi="Times New Roman" w:cs="Times New Roman"/>
          <w:i/>
          <w:iCs/>
          <w:sz w:val="24"/>
          <w:szCs w:val="24"/>
        </w:rPr>
      </w:pPr>
      <w:r w:rsidRPr="00A37F8B">
        <w:rPr>
          <w:rFonts w:ascii="Times New Roman" w:hAnsi="Times New Roman" w:cs="Times New Roman"/>
          <w:i/>
          <w:iCs/>
          <w:sz w:val="24"/>
          <w:szCs w:val="24"/>
        </w:rPr>
        <w:t xml:space="preserve">Örnek, </w:t>
      </w:r>
      <w:proofErr w:type="spellStart"/>
      <w:r w:rsidRPr="00A37F8B">
        <w:rPr>
          <w:rFonts w:ascii="Times New Roman" w:hAnsi="Times New Roman" w:cs="Times New Roman"/>
          <w:i/>
          <w:iCs/>
          <w:sz w:val="24"/>
          <w:szCs w:val="24"/>
        </w:rPr>
        <w:t>Elsevier</w:t>
      </w:r>
      <w:proofErr w:type="spellEnd"/>
      <w:r w:rsidRPr="00A37F8B">
        <w:rPr>
          <w:rFonts w:ascii="Times New Roman" w:hAnsi="Times New Roman" w:cs="Times New Roman"/>
          <w:i/>
          <w:iCs/>
          <w:sz w:val="24"/>
          <w:szCs w:val="24"/>
        </w:rPr>
        <w:t xml:space="preserve"> Yazar Araçları ve Kaynakları tarafından sağlanan grafik özet yönergeleri ve örneklerinden uyarlanmıştır.</w:t>
      </w:r>
    </w:p>
    <w:p w14:paraId="0B582A6D" w14:textId="77777777" w:rsidR="00682C36" w:rsidRPr="00A37F8B" w:rsidRDefault="00682C36" w:rsidP="00682C36">
      <w:pPr>
        <w:jc w:val="both"/>
        <w:rPr>
          <w:rFonts w:ascii="Times New Roman" w:hAnsi="Times New Roman" w:cs="Times New Roman"/>
          <w:b/>
          <w:bCs/>
          <w:sz w:val="24"/>
          <w:szCs w:val="24"/>
        </w:rPr>
      </w:pPr>
      <w:r w:rsidRPr="006F2E0E">
        <w:rPr>
          <w:rFonts w:ascii="Times New Roman" w:hAnsi="Times New Roman" w:cs="Times New Roman"/>
          <w:b/>
          <w:bCs/>
          <w:sz w:val="24"/>
          <w:szCs w:val="24"/>
        </w:rPr>
        <w:lastRenderedPageBreak/>
        <w:t>Giriş</w:t>
      </w:r>
    </w:p>
    <w:p w14:paraId="50604F0B" w14:textId="77777777" w:rsidR="00682C36" w:rsidRPr="006F2E0E" w:rsidRDefault="00682C36" w:rsidP="00682C36">
      <w:pPr>
        <w:jc w:val="both"/>
        <w:rPr>
          <w:rFonts w:ascii="Times New Roman" w:hAnsi="Times New Roman" w:cs="Times New Roman"/>
          <w:sz w:val="24"/>
          <w:szCs w:val="24"/>
        </w:rPr>
      </w:pPr>
      <w:r w:rsidRPr="006F2E0E">
        <w:rPr>
          <w:rFonts w:ascii="Times New Roman" w:hAnsi="Times New Roman" w:cs="Times New Roman"/>
          <w:sz w:val="24"/>
          <w:szCs w:val="24"/>
        </w:rPr>
        <w:t>Bu bölüm, çalışmayı ayrıntılı biçimde tanıtır ve akademik önemini ortaya koyar. Aşağıdaki unsurları içermelidir:</w:t>
      </w:r>
    </w:p>
    <w:p w14:paraId="19C542B9" w14:textId="77777777" w:rsidR="00682C36" w:rsidRPr="00A37F8B" w:rsidRDefault="00682C36" w:rsidP="00682C36">
      <w:pPr>
        <w:pStyle w:val="ListeParagraf"/>
        <w:numPr>
          <w:ilvl w:val="0"/>
          <w:numId w:val="35"/>
        </w:numPr>
        <w:jc w:val="both"/>
        <w:rPr>
          <w:rFonts w:ascii="Times New Roman" w:hAnsi="Times New Roman" w:cs="Times New Roman"/>
          <w:sz w:val="24"/>
          <w:szCs w:val="24"/>
        </w:rPr>
      </w:pPr>
      <w:r w:rsidRPr="00A37F8B">
        <w:rPr>
          <w:rFonts w:ascii="Times New Roman" w:hAnsi="Times New Roman" w:cs="Times New Roman"/>
          <w:sz w:val="24"/>
          <w:szCs w:val="24"/>
        </w:rPr>
        <w:t>Araştırma probleminin veya literatürdeki boşluğun açık bir tanımı</w:t>
      </w:r>
    </w:p>
    <w:p w14:paraId="3F9D71FF" w14:textId="77777777" w:rsidR="00682C36" w:rsidRPr="00A37F8B" w:rsidRDefault="00682C36" w:rsidP="00682C36">
      <w:pPr>
        <w:pStyle w:val="ListeParagraf"/>
        <w:numPr>
          <w:ilvl w:val="0"/>
          <w:numId w:val="35"/>
        </w:numPr>
        <w:jc w:val="both"/>
        <w:rPr>
          <w:rFonts w:ascii="Times New Roman" w:hAnsi="Times New Roman" w:cs="Times New Roman"/>
          <w:sz w:val="24"/>
          <w:szCs w:val="24"/>
        </w:rPr>
      </w:pPr>
      <w:r w:rsidRPr="00A37F8B">
        <w:rPr>
          <w:rFonts w:ascii="Times New Roman" w:hAnsi="Times New Roman" w:cs="Times New Roman"/>
          <w:sz w:val="24"/>
          <w:szCs w:val="24"/>
        </w:rPr>
        <w:t>Çalışmanın motivasyonu ve genel önemi</w:t>
      </w:r>
    </w:p>
    <w:p w14:paraId="162B25B9" w14:textId="77777777" w:rsidR="00682C36" w:rsidRPr="00A37F8B" w:rsidRDefault="00682C36" w:rsidP="00682C36">
      <w:pPr>
        <w:pStyle w:val="ListeParagraf"/>
        <w:numPr>
          <w:ilvl w:val="0"/>
          <w:numId w:val="35"/>
        </w:numPr>
        <w:jc w:val="both"/>
        <w:rPr>
          <w:rFonts w:ascii="Times New Roman" w:hAnsi="Times New Roman" w:cs="Times New Roman"/>
          <w:sz w:val="24"/>
          <w:szCs w:val="24"/>
        </w:rPr>
      </w:pPr>
      <w:r w:rsidRPr="00A37F8B">
        <w:rPr>
          <w:rFonts w:ascii="Times New Roman" w:hAnsi="Times New Roman" w:cs="Times New Roman"/>
          <w:sz w:val="24"/>
          <w:szCs w:val="24"/>
        </w:rPr>
        <w:t>Sürdürülebilirlik ve Yapay Zekâ (veya ilgili kuramsal çerçeveler) bağlamındaki daha geniş kavramsal çerçeve</w:t>
      </w:r>
    </w:p>
    <w:p w14:paraId="1052D4C5" w14:textId="77777777" w:rsidR="00682C36" w:rsidRPr="00A37F8B" w:rsidRDefault="00682C36" w:rsidP="00682C36">
      <w:pPr>
        <w:pStyle w:val="ListeParagraf"/>
        <w:numPr>
          <w:ilvl w:val="0"/>
          <w:numId w:val="35"/>
        </w:numPr>
        <w:jc w:val="both"/>
        <w:rPr>
          <w:rFonts w:ascii="Times New Roman" w:hAnsi="Times New Roman" w:cs="Times New Roman"/>
          <w:sz w:val="24"/>
          <w:szCs w:val="24"/>
        </w:rPr>
      </w:pPr>
      <w:r w:rsidRPr="00A37F8B">
        <w:rPr>
          <w:rFonts w:ascii="Times New Roman" w:hAnsi="Times New Roman" w:cs="Times New Roman"/>
          <w:sz w:val="24"/>
          <w:szCs w:val="24"/>
        </w:rPr>
        <w:t>Araştırma konusuyla ilgili temel literatürün kısa bir değerlendirmesi</w:t>
      </w:r>
    </w:p>
    <w:p w14:paraId="54B943A3" w14:textId="77777777" w:rsidR="00682C36" w:rsidRPr="006F2E0E" w:rsidRDefault="00682C36" w:rsidP="00682C36">
      <w:pPr>
        <w:jc w:val="both"/>
        <w:rPr>
          <w:rFonts w:ascii="Times New Roman" w:hAnsi="Times New Roman" w:cs="Times New Roman"/>
          <w:sz w:val="24"/>
          <w:szCs w:val="24"/>
        </w:rPr>
      </w:pPr>
      <w:r w:rsidRPr="006F2E0E">
        <w:rPr>
          <w:rFonts w:ascii="Times New Roman" w:hAnsi="Times New Roman" w:cs="Times New Roman"/>
          <w:sz w:val="24"/>
          <w:szCs w:val="24"/>
        </w:rPr>
        <w:t>Araştırma soruları, hipotezler veya çalışmanın özel amaçları bu bölümün sonunda açıkça belirtilmelidir.</w:t>
      </w:r>
    </w:p>
    <w:p w14:paraId="62649549" w14:textId="77777777" w:rsidR="00682C36" w:rsidRPr="00A37F8B" w:rsidRDefault="00682C36" w:rsidP="00682C36">
      <w:pPr>
        <w:jc w:val="both"/>
        <w:rPr>
          <w:rFonts w:ascii="Times New Roman" w:hAnsi="Times New Roman" w:cs="Times New Roman"/>
          <w:b/>
          <w:bCs/>
          <w:sz w:val="24"/>
          <w:szCs w:val="24"/>
        </w:rPr>
      </w:pPr>
      <w:r w:rsidRPr="00B01988">
        <w:rPr>
          <w:rFonts w:ascii="Times New Roman" w:hAnsi="Times New Roman" w:cs="Times New Roman"/>
          <w:b/>
          <w:bCs/>
          <w:sz w:val="24"/>
          <w:szCs w:val="24"/>
        </w:rPr>
        <w:t>Literatür Taraması</w:t>
      </w:r>
    </w:p>
    <w:p w14:paraId="47BFFFE4" w14:textId="77777777" w:rsidR="00682C36" w:rsidRPr="00B01988" w:rsidRDefault="00682C36" w:rsidP="00682C36">
      <w:pPr>
        <w:jc w:val="both"/>
        <w:rPr>
          <w:rFonts w:ascii="Times New Roman" w:hAnsi="Times New Roman" w:cs="Times New Roman"/>
          <w:sz w:val="24"/>
          <w:szCs w:val="24"/>
        </w:rPr>
      </w:pPr>
      <w:r w:rsidRPr="00B01988">
        <w:rPr>
          <w:rFonts w:ascii="Times New Roman" w:hAnsi="Times New Roman" w:cs="Times New Roman"/>
          <w:sz w:val="24"/>
          <w:szCs w:val="24"/>
        </w:rPr>
        <w:t>Bu bölüm, araştırma konusuyla ilgili mevcut literatürün eleştirel ve yapılandırılmış bir incelemesini sunar. Literatür taramasının amacı yalnızca önceki çalışmaları özetlemek değil, aynı zamanda mevcut araştırmayı var olan bilgi birikimi içinde konumlandırmaktır. Literatür taraması şu unsurları içermelidir:</w:t>
      </w:r>
    </w:p>
    <w:p w14:paraId="2BC896A9" w14:textId="77777777" w:rsidR="00682C36" w:rsidRPr="00A37F8B" w:rsidRDefault="00682C36" w:rsidP="00682C36">
      <w:pPr>
        <w:pStyle w:val="ListeParagraf"/>
        <w:numPr>
          <w:ilvl w:val="0"/>
          <w:numId w:val="36"/>
        </w:numPr>
        <w:jc w:val="both"/>
        <w:rPr>
          <w:rFonts w:ascii="Times New Roman" w:hAnsi="Times New Roman" w:cs="Times New Roman"/>
          <w:sz w:val="24"/>
          <w:szCs w:val="24"/>
        </w:rPr>
      </w:pPr>
      <w:r w:rsidRPr="00A37F8B">
        <w:rPr>
          <w:rFonts w:ascii="Times New Roman" w:hAnsi="Times New Roman" w:cs="Times New Roman"/>
          <w:sz w:val="24"/>
          <w:szCs w:val="24"/>
        </w:rPr>
        <w:t>Çalışmayla ilişkili temel kuramsal çerçevelerin, kavramların ve modellerin genel bir değerlendirmesi</w:t>
      </w:r>
    </w:p>
    <w:p w14:paraId="49489A26" w14:textId="77777777" w:rsidR="00682C36" w:rsidRPr="00A37F8B" w:rsidRDefault="00682C36" w:rsidP="00682C36">
      <w:pPr>
        <w:pStyle w:val="ListeParagraf"/>
        <w:numPr>
          <w:ilvl w:val="0"/>
          <w:numId w:val="36"/>
        </w:numPr>
        <w:jc w:val="both"/>
        <w:rPr>
          <w:rFonts w:ascii="Times New Roman" w:hAnsi="Times New Roman" w:cs="Times New Roman"/>
          <w:sz w:val="24"/>
          <w:szCs w:val="24"/>
        </w:rPr>
      </w:pPr>
      <w:r w:rsidRPr="00A37F8B">
        <w:rPr>
          <w:rFonts w:ascii="Times New Roman" w:hAnsi="Times New Roman" w:cs="Times New Roman"/>
          <w:sz w:val="24"/>
          <w:szCs w:val="24"/>
        </w:rPr>
        <w:t>İlgili ampirik çalışmaların sentezi; başlıca bulguların ve metodolojik yaklaşımların vurgulanması</w:t>
      </w:r>
    </w:p>
    <w:p w14:paraId="014E8BF6" w14:textId="77777777" w:rsidR="00682C36" w:rsidRPr="00A37F8B" w:rsidRDefault="00682C36" w:rsidP="00682C36">
      <w:pPr>
        <w:pStyle w:val="ListeParagraf"/>
        <w:numPr>
          <w:ilvl w:val="0"/>
          <w:numId w:val="36"/>
        </w:numPr>
        <w:jc w:val="both"/>
        <w:rPr>
          <w:rFonts w:ascii="Times New Roman" w:hAnsi="Times New Roman" w:cs="Times New Roman"/>
          <w:sz w:val="24"/>
          <w:szCs w:val="24"/>
        </w:rPr>
      </w:pPr>
      <w:r w:rsidRPr="00A37F8B">
        <w:rPr>
          <w:rFonts w:ascii="Times New Roman" w:hAnsi="Times New Roman" w:cs="Times New Roman"/>
          <w:sz w:val="24"/>
          <w:szCs w:val="24"/>
        </w:rPr>
        <w:t>Mevcut literatürdeki boşlukların, tutarsızlıkların veya sınırlılıkların belirlenmesi</w:t>
      </w:r>
    </w:p>
    <w:p w14:paraId="3D5BFBEA" w14:textId="77777777" w:rsidR="00682C36" w:rsidRPr="00A37F8B" w:rsidRDefault="00682C36" w:rsidP="00682C36">
      <w:pPr>
        <w:pStyle w:val="ListeParagraf"/>
        <w:numPr>
          <w:ilvl w:val="0"/>
          <w:numId w:val="36"/>
        </w:numPr>
        <w:jc w:val="both"/>
        <w:rPr>
          <w:rFonts w:ascii="Times New Roman" w:hAnsi="Times New Roman" w:cs="Times New Roman"/>
          <w:sz w:val="24"/>
          <w:szCs w:val="24"/>
        </w:rPr>
      </w:pPr>
      <w:r w:rsidRPr="00A37F8B">
        <w:rPr>
          <w:rFonts w:ascii="Times New Roman" w:hAnsi="Times New Roman" w:cs="Times New Roman"/>
          <w:sz w:val="24"/>
          <w:szCs w:val="24"/>
        </w:rPr>
        <w:t>Bu çalışmanın önceki araştırmalara nasıl katkı sağladığının veya onları nasıl genişlettiğinin açık bir biçimde gerekçelendirilmesi</w:t>
      </w:r>
    </w:p>
    <w:p w14:paraId="0CDC058C" w14:textId="77777777" w:rsidR="00682C36" w:rsidRPr="00B01988" w:rsidRDefault="00682C36" w:rsidP="00682C36">
      <w:pPr>
        <w:jc w:val="both"/>
        <w:rPr>
          <w:rFonts w:ascii="Times New Roman" w:hAnsi="Times New Roman" w:cs="Times New Roman"/>
          <w:sz w:val="24"/>
          <w:szCs w:val="24"/>
        </w:rPr>
      </w:pPr>
      <w:r w:rsidRPr="00B01988">
        <w:rPr>
          <w:rFonts w:ascii="Times New Roman" w:hAnsi="Times New Roman" w:cs="Times New Roman"/>
          <w:sz w:val="24"/>
          <w:szCs w:val="24"/>
        </w:rPr>
        <w:t>Literatür taraması, yazarın akademik alana hâkimiyetini göstermeli ve çalışmada sunulan araştırma soruları, hipotezler veya amaçlar için güçlü bir temel oluşturmalıdır.</w:t>
      </w:r>
    </w:p>
    <w:p w14:paraId="6FCD7A03" w14:textId="77777777" w:rsidR="00682C36" w:rsidRPr="00A37F8B" w:rsidRDefault="00682C36" w:rsidP="00682C36">
      <w:pPr>
        <w:jc w:val="both"/>
        <w:rPr>
          <w:rFonts w:ascii="Times New Roman" w:hAnsi="Times New Roman" w:cs="Times New Roman"/>
          <w:b/>
          <w:bCs/>
          <w:sz w:val="24"/>
          <w:szCs w:val="24"/>
        </w:rPr>
      </w:pPr>
      <w:r w:rsidRPr="006B2438">
        <w:rPr>
          <w:rFonts w:ascii="Times New Roman" w:hAnsi="Times New Roman" w:cs="Times New Roman"/>
          <w:b/>
          <w:bCs/>
          <w:sz w:val="24"/>
          <w:szCs w:val="24"/>
        </w:rPr>
        <w:t>Yöntem(</w:t>
      </w:r>
      <w:proofErr w:type="spellStart"/>
      <w:r w:rsidRPr="006B2438">
        <w:rPr>
          <w:rFonts w:ascii="Times New Roman" w:hAnsi="Times New Roman" w:cs="Times New Roman"/>
          <w:b/>
          <w:bCs/>
          <w:sz w:val="24"/>
          <w:szCs w:val="24"/>
        </w:rPr>
        <w:t>ler</w:t>
      </w:r>
      <w:proofErr w:type="spellEnd"/>
      <w:r w:rsidRPr="006B2438">
        <w:rPr>
          <w:rFonts w:ascii="Times New Roman" w:hAnsi="Times New Roman" w:cs="Times New Roman"/>
          <w:b/>
          <w:bCs/>
          <w:sz w:val="24"/>
          <w:szCs w:val="24"/>
        </w:rPr>
        <w:t>)</w:t>
      </w:r>
    </w:p>
    <w:p w14:paraId="38CEC119" w14:textId="77777777" w:rsidR="00682C36" w:rsidRPr="006B2438" w:rsidRDefault="00682C36" w:rsidP="00682C36">
      <w:pPr>
        <w:jc w:val="both"/>
        <w:rPr>
          <w:rFonts w:ascii="Times New Roman" w:hAnsi="Times New Roman" w:cs="Times New Roman"/>
          <w:sz w:val="24"/>
          <w:szCs w:val="24"/>
        </w:rPr>
      </w:pPr>
      <w:r w:rsidRPr="006B2438">
        <w:rPr>
          <w:rFonts w:ascii="Times New Roman" w:hAnsi="Times New Roman" w:cs="Times New Roman"/>
          <w:sz w:val="24"/>
          <w:szCs w:val="24"/>
        </w:rPr>
        <w:t>Bu bölüm, araştırmanın nasıl yürütüldüğünü açıklar. Yazarlar, çalışmada kullanılan metodolojik yaklaşımı net bir biçimde açıklamalıdır. Uygun olduğunda, bu bölüm aşağıdaki gibi alt başlıklar kullanılarak yapılandırılabilir:</w:t>
      </w:r>
    </w:p>
    <w:p w14:paraId="6ED2A73C" w14:textId="77777777" w:rsidR="00682C36" w:rsidRPr="00A37F8B" w:rsidRDefault="00682C36" w:rsidP="00682C36">
      <w:pPr>
        <w:pStyle w:val="ListeParagraf"/>
        <w:numPr>
          <w:ilvl w:val="0"/>
          <w:numId w:val="37"/>
        </w:numPr>
        <w:jc w:val="both"/>
        <w:rPr>
          <w:rFonts w:ascii="Times New Roman" w:hAnsi="Times New Roman" w:cs="Times New Roman"/>
          <w:sz w:val="24"/>
          <w:szCs w:val="24"/>
        </w:rPr>
      </w:pPr>
      <w:r w:rsidRPr="00A37F8B">
        <w:rPr>
          <w:rFonts w:ascii="Times New Roman" w:hAnsi="Times New Roman" w:cs="Times New Roman"/>
          <w:sz w:val="24"/>
          <w:szCs w:val="24"/>
        </w:rPr>
        <w:t>Araştırma deseni (nitel, nicel, karma yöntem vb.)</w:t>
      </w:r>
    </w:p>
    <w:p w14:paraId="226689C2" w14:textId="77777777" w:rsidR="00682C36" w:rsidRPr="00A37F8B" w:rsidRDefault="00682C36" w:rsidP="00682C36">
      <w:pPr>
        <w:pStyle w:val="ListeParagraf"/>
        <w:numPr>
          <w:ilvl w:val="0"/>
          <w:numId w:val="37"/>
        </w:numPr>
        <w:jc w:val="both"/>
        <w:rPr>
          <w:rFonts w:ascii="Times New Roman" w:hAnsi="Times New Roman" w:cs="Times New Roman"/>
          <w:sz w:val="24"/>
          <w:szCs w:val="24"/>
        </w:rPr>
      </w:pPr>
      <w:r w:rsidRPr="00A37F8B">
        <w:rPr>
          <w:rFonts w:ascii="Times New Roman" w:hAnsi="Times New Roman" w:cs="Times New Roman"/>
          <w:sz w:val="24"/>
          <w:szCs w:val="24"/>
        </w:rPr>
        <w:t>Akış şeması</w:t>
      </w:r>
    </w:p>
    <w:p w14:paraId="52BF8CC0" w14:textId="77777777" w:rsidR="00682C36" w:rsidRPr="00A37F8B" w:rsidRDefault="00682C36" w:rsidP="00682C36">
      <w:pPr>
        <w:pStyle w:val="ListeParagraf"/>
        <w:numPr>
          <w:ilvl w:val="0"/>
          <w:numId w:val="37"/>
        </w:numPr>
        <w:jc w:val="both"/>
        <w:rPr>
          <w:rFonts w:ascii="Times New Roman" w:hAnsi="Times New Roman" w:cs="Times New Roman"/>
          <w:sz w:val="24"/>
          <w:szCs w:val="24"/>
        </w:rPr>
      </w:pPr>
      <w:r w:rsidRPr="00A37F8B">
        <w:rPr>
          <w:rFonts w:ascii="Times New Roman" w:hAnsi="Times New Roman" w:cs="Times New Roman"/>
          <w:sz w:val="24"/>
          <w:szCs w:val="24"/>
        </w:rPr>
        <w:t>Veri toplama süreçleri ve araçları</w:t>
      </w:r>
    </w:p>
    <w:p w14:paraId="19878136" w14:textId="77777777" w:rsidR="00682C36" w:rsidRPr="00A37F8B" w:rsidRDefault="00682C36" w:rsidP="00682C36">
      <w:pPr>
        <w:pStyle w:val="ListeParagraf"/>
        <w:numPr>
          <w:ilvl w:val="0"/>
          <w:numId w:val="37"/>
        </w:numPr>
        <w:jc w:val="both"/>
        <w:rPr>
          <w:rFonts w:ascii="Times New Roman" w:hAnsi="Times New Roman" w:cs="Times New Roman"/>
          <w:sz w:val="24"/>
          <w:szCs w:val="24"/>
        </w:rPr>
      </w:pPr>
      <w:r w:rsidRPr="00A37F8B">
        <w:rPr>
          <w:rFonts w:ascii="Times New Roman" w:hAnsi="Times New Roman" w:cs="Times New Roman"/>
          <w:sz w:val="24"/>
          <w:szCs w:val="24"/>
        </w:rPr>
        <w:t>Veri analiz teknikleri</w:t>
      </w:r>
    </w:p>
    <w:p w14:paraId="7E74B7D3" w14:textId="77777777" w:rsidR="00682C36" w:rsidRPr="00A37F8B" w:rsidRDefault="00682C36" w:rsidP="00682C36">
      <w:pPr>
        <w:pStyle w:val="ListeParagraf"/>
        <w:numPr>
          <w:ilvl w:val="0"/>
          <w:numId w:val="37"/>
        </w:numPr>
        <w:jc w:val="both"/>
        <w:rPr>
          <w:rFonts w:ascii="Times New Roman" w:hAnsi="Times New Roman" w:cs="Times New Roman"/>
          <w:sz w:val="24"/>
          <w:szCs w:val="24"/>
        </w:rPr>
      </w:pPr>
      <w:r w:rsidRPr="00A37F8B">
        <w:rPr>
          <w:rFonts w:ascii="Times New Roman" w:hAnsi="Times New Roman" w:cs="Times New Roman"/>
          <w:sz w:val="24"/>
          <w:szCs w:val="24"/>
        </w:rPr>
        <w:t>Örneklem veya veri seti</w:t>
      </w:r>
    </w:p>
    <w:p w14:paraId="5EBD173B" w14:textId="77777777" w:rsidR="00682C36" w:rsidRPr="006B2438" w:rsidRDefault="00682C36" w:rsidP="00682C36">
      <w:pPr>
        <w:jc w:val="both"/>
        <w:rPr>
          <w:rFonts w:ascii="Times New Roman" w:hAnsi="Times New Roman" w:cs="Times New Roman"/>
          <w:b/>
          <w:bCs/>
          <w:sz w:val="24"/>
          <w:szCs w:val="24"/>
        </w:rPr>
      </w:pPr>
      <w:r w:rsidRPr="006B2438">
        <w:rPr>
          <w:rFonts w:ascii="Times New Roman" w:hAnsi="Times New Roman" w:cs="Times New Roman"/>
          <w:sz w:val="24"/>
          <w:szCs w:val="24"/>
        </w:rPr>
        <w:lastRenderedPageBreak/>
        <w:t>Açıklama, okuyucuların çalışmanın bilimsel titizliğini anlamasına ve değerlendirmesine olanak sağlayacak kadar ayrıntılı olmalıdır.</w:t>
      </w:r>
    </w:p>
    <w:p w14:paraId="17311CC2" w14:textId="77777777" w:rsidR="00682C36" w:rsidRPr="00A37F8B" w:rsidRDefault="00682C36" w:rsidP="00682C36">
      <w:pPr>
        <w:jc w:val="both"/>
        <w:rPr>
          <w:rFonts w:ascii="Times New Roman" w:hAnsi="Times New Roman" w:cs="Times New Roman"/>
          <w:b/>
          <w:bCs/>
          <w:sz w:val="24"/>
          <w:szCs w:val="24"/>
        </w:rPr>
      </w:pPr>
      <w:r w:rsidRPr="009D445A">
        <w:rPr>
          <w:rFonts w:ascii="Times New Roman" w:hAnsi="Times New Roman" w:cs="Times New Roman"/>
          <w:b/>
          <w:bCs/>
          <w:sz w:val="24"/>
          <w:szCs w:val="24"/>
        </w:rPr>
        <w:t>Bulgular</w:t>
      </w:r>
    </w:p>
    <w:p w14:paraId="52290EA6" w14:textId="77777777" w:rsidR="00682C36" w:rsidRPr="009D445A" w:rsidRDefault="00682C36" w:rsidP="00682C36">
      <w:pPr>
        <w:jc w:val="both"/>
        <w:rPr>
          <w:rFonts w:ascii="Times New Roman" w:hAnsi="Times New Roman" w:cs="Times New Roman"/>
          <w:sz w:val="24"/>
          <w:szCs w:val="24"/>
        </w:rPr>
      </w:pPr>
      <w:r w:rsidRPr="009D445A">
        <w:rPr>
          <w:rFonts w:ascii="Times New Roman" w:hAnsi="Times New Roman" w:cs="Times New Roman"/>
          <w:sz w:val="24"/>
          <w:szCs w:val="24"/>
        </w:rPr>
        <w:t>Bu bölüm, çalışmanın sonuçlarını açık ve mantıksal bir biçimde sunar. Bulgular, araştırma sorularını ve/veya hipotezlerini doğrudan yanıtlamalıdır.</w:t>
      </w:r>
    </w:p>
    <w:p w14:paraId="0C23DDC9" w14:textId="77777777" w:rsidR="00682C36" w:rsidRPr="00A37F8B" w:rsidRDefault="00682C36" w:rsidP="00682C36">
      <w:pPr>
        <w:pStyle w:val="ListeParagraf"/>
        <w:numPr>
          <w:ilvl w:val="0"/>
          <w:numId w:val="38"/>
        </w:numPr>
        <w:jc w:val="both"/>
        <w:rPr>
          <w:rFonts w:ascii="Times New Roman" w:hAnsi="Times New Roman" w:cs="Times New Roman"/>
          <w:sz w:val="24"/>
          <w:szCs w:val="24"/>
        </w:rPr>
      </w:pPr>
      <w:r w:rsidRPr="00A37F8B">
        <w:rPr>
          <w:rFonts w:ascii="Times New Roman" w:hAnsi="Times New Roman" w:cs="Times New Roman"/>
          <w:sz w:val="24"/>
          <w:szCs w:val="24"/>
        </w:rPr>
        <w:t>Uygun olan durumlarda tablolar ve şekiller kullanılmalıdır.</w:t>
      </w:r>
    </w:p>
    <w:p w14:paraId="57001593" w14:textId="77777777" w:rsidR="00682C36" w:rsidRPr="00A37F8B" w:rsidRDefault="00682C36" w:rsidP="00682C36">
      <w:pPr>
        <w:pStyle w:val="ListeParagraf"/>
        <w:numPr>
          <w:ilvl w:val="0"/>
          <w:numId w:val="38"/>
        </w:numPr>
        <w:jc w:val="both"/>
        <w:rPr>
          <w:rFonts w:ascii="Times New Roman" w:hAnsi="Times New Roman" w:cs="Times New Roman"/>
          <w:sz w:val="24"/>
          <w:szCs w:val="24"/>
        </w:rPr>
      </w:pPr>
      <w:r w:rsidRPr="00A37F8B">
        <w:rPr>
          <w:rFonts w:ascii="Times New Roman" w:hAnsi="Times New Roman" w:cs="Times New Roman"/>
          <w:sz w:val="24"/>
          <w:szCs w:val="24"/>
        </w:rPr>
        <w:t>Tüm tablolar ve şekillerin APA 7. Baskı biçimlendirme kurallarına uygun olması sağlanmalıdır.</w:t>
      </w:r>
    </w:p>
    <w:p w14:paraId="39489307" w14:textId="77777777" w:rsidR="00682C36" w:rsidRPr="00A37F8B" w:rsidRDefault="00682C36" w:rsidP="00682C36">
      <w:pPr>
        <w:pStyle w:val="ListeParagraf"/>
        <w:numPr>
          <w:ilvl w:val="0"/>
          <w:numId w:val="38"/>
        </w:numPr>
        <w:jc w:val="both"/>
        <w:rPr>
          <w:rFonts w:ascii="Times New Roman" w:hAnsi="Times New Roman" w:cs="Times New Roman"/>
          <w:sz w:val="24"/>
          <w:szCs w:val="24"/>
        </w:rPr>
      </w:pPr>
      <w:r w:rsidRPr="00A37F8B">
        <w:rPr>
          <w:rFonts w:ascii="Times New Roman" w:hAnsi="Times New Roman" w:cs="Times New Roman"/>
          <w:sz w:val="24"/>
          <w:szCs w:val="24"/>
        </w:rPr>
        <w:t>Bu bölümde yorumdan kaçınılmalı; yalnızca sonuçların raporlanmasına odaklanılmalıdır.</w:t>
      </w:r>
    </w:p>
    <w:p w14:paraId="303D393A" w14:textId="77777777" w:rsidR="00682C36" w:rsidRPr="00A37F8B" w:rsidRDefault="00682C36" w:rsidP="00682C36">
      <w:pPr>
        <w:jc w:val="both"/>
        <w:rPr>
          <w:rFonts w:ascii="Times New Roman" w:hAnsi="Times New Roman" w:cs="Times New Roman"/>
          <w:b/>
          <w:bCs/>
          <w:sz w:val="24"/>
          <w:szCs w:val="24"/>
        </w:rPr>
      </w:pPr>
      <w:r w:rsidRPr="00480CED">
        <w:rPr>
          <w:rFonts w:ascii="Times New Roman" w:hAnsi="Times New Roman" w:cs="Times New Roman"/>
          <w:b/>
          <w:bCs/>
          <w:sz w:val="24"/>
          <w:szCs w:val="24"/>
        </w:rPr>
        <w:t>Tartışma</w:t>
      </w:r>
    </w:p>
    <w:p w14:paraId="37C93D10" w14:textId="77777777" w:rsidR="00682C36" w:rsidRPr="00480CED" w:rsidRDefault="00682C36" w:rsidP="00682C36">
      <w:pPr>
        <w:jc w:val="both"/>
        <w:rPr>
          <w:rFonts w:ascii="Times New Roman" w:hAnsi="Times New Roman" w:cs="Times New Roman"/>
          <w:sz w:val="24"/>
          <w:szCs w:val="24"/>
        </w:rPr>
      </w:pPr>
      <w:r w:rsidRPr="00480CED">
        <w:rPr>
          <w:rFonts w:ascii="Times New Roman" w:hAnsi="Times New Roman" w:cs="Times New Roman"/>
          <w:sz w:val="24"/>
          <w:szCs w:val="24"/>
        </w:rPr>
        <w:t>Tartışma bölümü, bulguları yorumlar ve mevcut literatür bağlamına yerleştirir. Yazarlardan aşağıdaki hususlara değinmeleri beklenir:</w:t>
      </w:r>
    </w:p>
    <w:p w14:paraId="3E38643B" w14:textId="77777777" w:rsidR="00682C36" w:rsidRPr="00A37F8B" w:rsidRDefault="00682C36" w:rsidP="00682C36">
      <w:pPr>
        <w:pStyle w:val="ListeParagraf"/>
        <w:numPr>
          <w:ilvl w:val="0"/>
          <w:numId w:val="39"/>
        </w:numPr>
        <w:jc w:val="both"/>
        <w:rPr>
          <w:rFonts w:ascii="Times New Roman" w:hAnsi="Times New Roman" w:cs="Times New Roman"/>
          <w:sz w:val="24"/>
          <w:szCs w:val="24"/>
        </w:rPr>
      </w:pPr>
      <w:r w:rsidRPr="00A37F8B">
        <w:rPr>
          <w:rFonts w:ascii="Times New Roman" w:hAnsi="Times New Roman" w:cs="Times New Roman"/>
          <w:sz w:val="24"/>
          <w:szCs w:val="24"/>
        </w:rPr>
        <w:t>Bulguların önceki araştırmalarla nasıl ilişkilendiği</w:t>
      </w:r>
    </w:p>
    <w:p w14:paraId="146A07F9" w14:textId="77777777" w:rsidR="00682C36" w:rsidRPr="00A37F8B" w:rsidRDefault="00682C36" w:rsidP="00682C36">
      <w:pPr>
        <w:pStyle w:val="ListeParagraf"/>
        <w:numPr>
          <w:ilvl w:val="0"/>
          <w:numId w:val="39"/>
        </w:numPr>
        <w:jc w:val="both"/>
        <w:rPr>
          <w:rFonts w:ascii="Times New Roman" w:hAnsi="Times New Roman" w:cs="Times New Roman"/>
          <w:sz w:val="24"/>
          <w:szCs w:val="24"/>
        </w:rPr>
      </w:pPr>
      <w:r w:rsidRPr="00A37F8B">
        <w:rPr>
          <w:rFonts w:ascii="Times New Roman" w:hAnsi="Times New Roman" w:cs="Times New Roman"/>
          <w:sz w:val="24"/>
          <w:szCs w:val="24"/>
        </w:rPr>
        <w:t>Sonuçların kuramsal ve/veya pratik çıkarımları</w:t>
      </w:r>
    </w:p>
    <w:p w14:paraId="42C09B72" w14:textId="77777777" w:rsidR="00682C36" w:rsidRPr="00A37F8B" w:rsidRDefault="00682C36" w:rsidP="00682C36">
      <w:pPr>
        <w:pStyle w:val="ListeParagraf"/>
        <w:numPr>
          <w:ilvl w:val="0"/>
          <w:numId w:val="39"/>
        </w:numPr>
        <w:jc w:val="both"/>
        <w:rPr>
          <w:rFonts w:ascii="Times New Roman" w:hAnsi="Times New Roman" w:cs="Times New Roman"/>
          <w:sz w:val="24"/>
          <w:szCs w:val="24"/>
        </w:rPr>
      </w:pPr>
      <w:r w:rsidRPr="00A37F8B">
        <w:rPr>
          <w:rFonts w:ascii="Times New Roman" w:hAnsi="Times New Roman" w:cs="Times New Roman"/>
          <w:sz w:val="24"/>
          <w:szCs w:val="24"/>
        </w:rPr>
        <w:t>Sürdürülebilirlik ve Yapay Zekâ alanındaki akademik çalışmalara katkıları</w:t>
      </w:r>
    </w:p>
    <w:p w14:paraId="721842E5" w14:textId="77777777" w:rsidR="00682C36" w:rsidRPr="00A37F8B" w:rsidRDefault="00682C36" w:rsidP="00682C36">
      <w:pPr>
        <w:pStyle w:val="ListeParagraf"/>
        <w:numPr>
          <w:ilvl w:val="0"/>
          <w:numId w:val="39"/>
        </w:numPr>
        <w:jc w:val="both"/>
        <w:rPr>
          <w:rFonts w:ascii="Times New Roman" w:hAnsi="Times New Roman" w:cs="Times New Roman"/>
          <w:sz w:val="24"/>
          <w:szCs w:val="24"/>
        </w:rPr>
      </w:pPr>
      <w:r w:rsidRPr="00A37F8B">
        <w:rPr>
          <w:rFonts w:ascii="Times New Roman" w:hAnsi="Times New Roman" w:cs="Times New Roman"/>
          <w:sz w:val="24"/>
          <w:szCs w:val="24"/>
        </w:rPr>
        <w:t>Çalışmanın sınırlılıkları ve gelecekteki araştırmalar için öneriler</w:t>
      </w:r>
    </w:p>
    <w:p w14:paraId="27CB4D45" w14:textId="77777777" w:rsidR="00682C36" w:rsidRPr="00480CED" w:rsidRDefault="00682C36" w:rsidP="00682C36">
      <w:pPr>
        <w:jc w:val="both"/>
        <w:rPr>
          <w:rFonts w:ascii="Times New Roman" w:hAnsi="Times New Roman" w:cs="Times New Roman"/>
          <w:sz w:val="24"/>
          <w:szCs w:val="24"/>
        </w:rPr>
      </w:pPr>
      <w:r w:rsidRPr="00480CED">
        <w:rPr>
          <w:rFonts w:ascii="Times New Roman" w:hAnsi="Times New Roman" w:cs="Times New Roman"/>
          <w:sz w:val="24"/>
          <w:szCs w:val="24"/>
        </w:rPr>
        <w:t>Bu bölüm, çalışmanın akademik ya da pratik anlayışı nasıl ileriye taşıdığını açık bir şekilde ortaya koymalıdır.</w:t>
      </w:r>
    </w:p>
    <w:p w14:paraId="3D601021" w14:textId="77777777" w:rsidR="00682C36" w:rsidRPr="00A37F8B" w:rsidRDefault="00682C36" w:rsidP="00682C36">
      <w:pPr>
        <w:rPr>
          <w:rFonts w:ascii="Times New Roman" w:hAnsi="Times New Roman" w:cs="Times New Roman"/>
          <w:b/>
          <w:bCs/>
          <w:sz w:val="24"/>
          <w:szCs w:val="24"/>
        </w:rPr>
      </w:pPr>
      <w:r w:rsidRPr="00A37F8B">
        <w:rPr>
          <w:rFonts w:ascii="Times New Roman" w:hAnsi="Times New Roman" w:cs="Times New Roman"/>
          <w:b/>
          <w:bCs/>
          <w:sz w:val="24"/>
          <w:szCs w:val="24"/>
        </w:rPr>
        <w:t>Yazar Katkıları</w:t>
      </w:r>
    </w:p>
    <w:p w14:paraId="2957A771" w14:textId="77777777" w:rsidR="00682C36" w:rsidRPr="00A37F8B" w:rsidRDefault="00682C36" w:rsidP="00682C36">
      <w:pPr>
        <w:jc w:val="both"/>
        <w:rPr>
          <w:rFonts w:ascii="Times New Roman" w:hAnsi="Times New Roman" w:cs="Times New Roman"/>
          <w:sz w:val="24"/>
          <w:szCs w:val="24"/>
        </w:rPr>
      </w:pPr>
      <w:r w:rsidRPr="00A37F8B">
        <w:rPr>
          <w:rFonts w:ascii="Times New Roman" w:hAnsi="Times New Roman" w:cs="Times New Roman"/>
          <w:sz w:val="24"/>
          <w:szCs w:val="24"/>
        </w:rPr>
        <w:t>Bu bölüm, her bir yazarın çalışmaya yaptığı bireysel katkıları açıklar. Katkılar; kavramsallaştırma, yöntem geliştirme, veri toplama, analiz, yazım ve gözden geçirme gibi unsurları içerebilir, ancak bunlarla sınırlı değildir. Çift kör hakemlik sürecinin bütünlüğünü korumak amacıyla bu bölüm, makalenin kabul edilmesinden sonra doldurulmalıdır.</w:t>
      </w:r>
    </w:p>
    <w:p w14:paraId="22BF71A5" w14:textId="77777777" w:rsidR="00682C36" w:rsidRPr="00A37F8B" w:rsidRDefault="00682C36" w:rsidP="00682C36">
      <w:pPr>
        <w:jc w:val="both"/>
        <w:rPr>
          <w:rFonts w:ascii="Times New Roman" w:hAnsi="Times New Roman" w:cs="Times New Roman"/>
          <w:b/>
          <w:bCs/>
          <w:sz w:val="24"/>
          <w:szCs w:val="24"/>
        </w:rPr>
      </w:pPr>
      <w:r w:rsidRPr="0058245D">
        <w:rPr>
          <w:rFonts w:ascii="Times New Roman" w:hAnsi="Times New Roman" w:cs="Times New Roman"/>
          <w:b/>
          <w:bCs/>
          <w:sz w:val="24"/>
          <w:szCs w:val="24"/>
        </w:rPr>
        <w:t>Veri Erişilebilirliği Beyanı</w:t>
      </w:r>
    </w:p>
    <w:p w14:paraId="25778762" w14:textId="77777777" w:rsidR="00682C36" w:rsidRPr="0058245D" w:rsidRDefault="00682C36" w:rsidP="00682C36">
      <w:pPr>
        <w:jc w:val="both"/>
        <w:rPr>
          <w:rFonts w:ascii="Times New Roman" w:hAnsi="Times New Roman" w:cs="Times New Roman"/>
          <w:sz w:val="24"/>
          <w:szCs w:val="24"/>
        </w:rPr>
      </w:pPr>
      <w:r w:rsidRPr="0058245D">
        <w:rPr>
          <w:rFonts w:ascii="Times New Roman" w:hAnsi="Times New Roman" w:cs="Times New Roman"/>
          <w:sz w:val="24"/>
          <w:szCs w:val="24"/>
        </w:rPr>
        <w:t>Bu bölüm, çalışmada kullanılan verilerin erişilebilirliğine ilişkin bilgi sunar. Yazarlar; verilerin herkese açık, makul bir talep üzerine erişilebilir ya da etik, yasal veya gizlilik kısıtlamaları nedeniyle erişime kapalı olup olmadığını belirtmelidir.</w:t>
      </w:r>
    </w:p>
    <w:p w14:paraId="7591762B" w14:textId="77777777" w:rsidR="00682C36" w:rsidRPr="0058245D" w:rsidRDefault="00682C36" w:rsidP="00682C36">
      <w:pPr>
        <w:jc w:val="both"/>
        <w:rPr>
          <w:rFonts w:ascii="Times New Roman" w:hAnsi="Times New Roman" w:cs="Times New Roman"/>
          <w:sz w:val="24"/>
          <w:szCs w:val="24"/>
        </w:rPr>
      </w:pPr>
      <w:r w:rsidRPr="0058245D">
        <w:rPr>
          <w:rFonts w:ascii="Times New Roman" w:hAnsi="Times New Roman" w:cs="Times New Roman"/>
          <w:sz w:val="24"/>
          <w:szCs w:val="24"/>
        </w:rPr>
        <w:t>Örnek beyanlar:</w:t>
      </w:r>
    </w:p>
    <w:p w14:paraId="686F38F8" w14:textId="77777777" w:rsidR="00682C36" w:rsidRPr="00A37F8B" w:rsidRDefault="00682C36" w:rsidP="00682C36">
      <w:pPr>
        <w:pStyle w:val="ListeParagraf"/>
        <w:numPr>
          <w:ilvl w:val="0"/>
          <w:numId w:val="40"/>
        </w:numPr>
        <w:jc w:val="both"/>
        <w:rPr>
          <w:rFonts w:ascii="Times New Roman" w:hAnsi="Times New Roman" w:cs="Times New Roman"/>
          <w:sz w:val="24"/>
          <w:szCs w:val="24"/>
        </w:rPr>
      </w:pPr>
      <w:r w:rsidRPr="00A37F8B">
        <w:rPr>
          <w:rFonts w:ascii="Times New Roman" w:hAnsi="Times New Roman" w:cs="Times New Roman"/>
          <w:sz w:val="24"/>
          <w:szCs w:val="24"/>
        </w:rPr>
        <w:t>Bu çalışmanın bulgularını destekleyen veriler, sorumlu yazardan makul bir talep üzerine temin edilebilir.</w:t>
      </w:r>
    </w:p>
    <w:p w14:paraId="0DE96AEC" w14:textId="75C9832C" w:rsidR="00682C36" w:rsidRPr="00A37F8B" w:rsidRDefault="00682C36" w:rsidP="00682C36">
      <w:pPr>
        <w:pStyle w:val="ListeParagraf"/>
        <w:numPr>
          <w:ilvl w:val="0"/>
          <w:numId w:val="40"/>
        </w:numPr>
        <w:jc w:val="both"/>
        <w:rPr>
          <w:rFonts w:ascii="Times New Roman" w:hAnsi="Times New Roman" w:cs="Times New Roman"/>
          <w:sz w:val="24"/>
          <w:szCs w:val="24"/>
        </w:rPr>
      </w:pPr>
      <w:r w:rsidRPr="00A37F8B">
        <w:rPr>
          <w:rFonts w:ascii="Times New Roman" w:hAnsi="Times New Roman" w:cs="Times New Roman"/>
          <w:sz w:val="24"/>
          <w:szCs w:val="24"/>
        </w:rPr>
        <w:lastRenderedPageBreak/>
        <w:t>Veriler, [</w:t>
      </w:r>
      <w:r w:rsidR="00A37F8B" w:rsidRPr="00A37F8B">
        <w:rPr>
          <w:rFonts w:ascii="Times New Roman" w:hAnsi="Times New Roman" w:cs="Times New Roman"/>
          <w:sz w:val="24"/>
          <w:szCs w:val="24"/>
        </w:rPr>
        <w:t>veri arşivi</w:t>
      </w:r>
      <w:r w:rsidR="00A37F8B">
        <w:rPr>
          <w:rFonts w:ascii="Times New Roman" w:hAnsi="Times New Roman" w:cs="Times New Roman"/>
          <w:sz w:val="24"/>
          <w:szCs w:val="24"/>
        </w:rPr>
        <w:t xml:space="preserve"> </w:t>
      </w:r>
      <w:r w:rsidRPr="00A37F8B">
        <w:rPr>
          <w:rFonts w:ascii="Times New Roman" w:hAnsi="Times New Roman" w:cs="Times New Roman"/>
          <w:sz w:val="24"/>
          <w:szCs w:val="24"/>
        </w:rPr>
        <w:t>/</w:t>
      </w:r>
      <w:r w:rsidR="00A37F8B">
        <w:rPr>
          <w:rFonts w:ascii="Times New Roman" w:hAnsi="Times New Roman" w:cs="Times New Roman"/>
          <w:sz w:val="24"/>
          <w:szCs w:val="24"/>
        </w:rPr>
        <w:t xml:space="preserve"> </w:t>
      </w:r>
      <w:r w:rsidRPr="00A37F8B">
        <w:rPr>
          <w:rFonts w:ascii="Times New Roman" w:hAnsi="Times New Roman" w:cs="Times New Roman"/>
          <w:sz w:val="24"/>
          <w:szCs w:val="24"/>
        </w:rPr>
        <w:t>bağlantı] adresinde herkese açık olarak sunulmaktadır.</w:t>
      </w:r>
    </w:p>
    <w:p w14:paraId="4EB797A1" w14:textId="77777777" w:rsidR="00682C36" w:rsidRPr="00A37F8B" w:rsidRDefault="00682C36" w:rsidP="00682C36">
      <w:pPr>
        <w:pStyle w:val="ListeParagraf"/>
        <w:numPr>
          <w:ilvl w:val="0"/>
          <w:numId w:val="40"/>
        </w:numPr>
        <w:jc w:val="both"/>
        <w:rPr>
          <w:rFonts w:ascii="Times New Roman" w:hAnsi="Times New Roman" w:cs="Times New Roman"/>
          <w:sz w:val="24"/>
          <w:szCs w:val="24"/>
        </w:rPr>
      </w:pPr>
      <w:r w:rsidRPr="00A37F8B">
        <w:rPr>
          <w:rFonts w:ascii="Times New Roman" w:hAnsi="Times New Roman" w:cs="Times New Roman"/>
          <w:sz w:val="24"/>
          <w:szCs w:val="24"/>
        </w:rPr>
        <w:t>Bu çalışma için veri paylaşımı uygulanabilir değildir.</w:t>
      </w:r>
    </w:p>
    <w:p w14:paraId="7440E8A8" w14:textId="7891B8CE" w:rsidR="00682C36" w:rsidRPr="00A37F8B" w:rsidRDefault="00682C36" w:rsidP="00682C36">
      <w:pPr>
        <w:rPr>
          <w:rFonts w:ascii="Times New Roman" w:hAnsi="Times New Roman" w:cs="Times New Roman"/>
          <w:b/>
          <w:bCs/>
          <w:sz w:val="24"/>
          <w:szCs w:val="24"/>
        </w:rPr>
      </w:pPr>
      <w:r w:rsidRPr="00B14596">
        <w:rPr>
          <w:rFonts w:ascii="Times New Roman" w:hAnsi="Times New Roman" w:cs="Times New Roman"/>
          <w:b/>
          <w:bCs/>
          <w:sz w:val="24"/>
          <w:szCs w:val="24"/>
        </w:rPr>
        <w:t>Finansman/Burs Bilgisi</w:t>
      </w:r>
    </w:p>
    <w:p w14:paraId="792A67D1" w14:textId="77777777" w:rsidR="00682C36" w:rsidRPr="00B14596" w:rsidRDefault="00682C36" w:rsidP="00682C36">
      <w:pPr>
        <w:rPr>
          <w:rFonts w:ascii="Times New Roman" w:hAnsi="Times New Roman" w:cs="Times New Roman"/>
          <w:sz w:val="24"/>
          <w:szCs w:val="24"/>
        </w:rPr>
      </w:pPr>
      <w:r w:rsidRPr="00B14596">
        <w:rPr>
          <w:rFonts w:ascii="Times New Roman" w:hAnsi="Times New Roman" w:cs="Times New Roman"/>
          <w:sz w:val="24"/>
          <w:szCs w:val="24"/>
        </w:rPr>
        <w:t>Bu bölüm, araştırmayı destekleyen her türlü mali destek, hibe, burs veya finansman kaynağını açıklamalıdır. Herhangi bir finansman alınmamışsa, yazarlar bunu açıkça belirtebilir.</w:t>
      </w:r>
      <w:r w:rsidRPr="00B14596">
        <w:rPr>
          <w:rFonts w:ascii="Times New Roman" w:hAnsi="Times New Roman" w:cs="Times New Roman"/>
          <w:sz w:val="24"/>
          <w:szCs w:val="24"/>
        </w:rPr>
        <w:br/>
        <w:t>Çift kör hakemlik sürecinin korunması amacıyla bu bilgi makalenin kabulünden sonra eklenmelidir.</w:t>
      </w:r>
    </w:p>
    <w:p w14:paraId="6ADDC79E" w14:textId="77777777" w:rsidR="00682C36" w:rsidRPr="00B14596" w:rsidRDefault="00682C36" w:rsidP="00682C36">
      <w:pPr>
        <w:rPr>
          <w:rFonts w:ascii="Times New Roman" w:hAnsi="Times New Roman" w:cs="Times New Roman"/>
          <w:sz w:val="24"/>
          <w:szCs w:val="24"/>
        </w:rPr>
      </w:pPr>
      <w:r w:rsidRPr="00B14596">
        <w:rPr>
          <w:rFonts w:ascii="Times New Roman" w:hAnsi="Times New Roman" w:cs="Times New Roman"/>
          <w:sz w:val="24"/>
          <w:szCs w:val="24"/>
        </w:rPr>
        <w:t>Örnek:</w:t>
      </w:r>
    </w:p>
    <w:p w14:paraId="593FDAA1" w14:textId="77777777" w:rsidR="00682C36" w:rsidRPr="00A37F8B" w:rsidRDefault="00682C36" w:rsidP="00682C36">
      <w:pPr>
        <w:pStyle w:val="ListeParagraf"/>
        <w:numPr>
          <w:ilvl w:val="0"/>
          <w:numId w:val="41"/>
        </w:numPr>
        <w:rPr>
          <w:rFonts w:ascii="Times New Roman" w:hAnsi="Times New Roman" w:cs="Times New Roman"/>
          <w:sz w:val="24"/>
          <w:szCs w:val="24"/>
        </w:rPr>
      </w:pPr>
      <w:r w:rsidRPr="00A37F8B">
        <w:rPr>
          <w:rFonts w:ascii="Times New Roman" w:hAnsi="Times New Roman" w:cs="Times New Roman"/>
          <w:sz w:val="24"/>
          <w:szCs w:val="24"/>
        </w:rPr>
        <w:t>Bu araştırma herhangi bir dış finansman almamıştır.</w:t>
      </w:r>
    </w:p>
    <w:p w14:paraId="01B3316D" w14:textId="77777777" w:rsidR="00682C36" w:rsidRPr="00A37F8B" w:rsidRDefault="00682C36" w:rsidP="00682C36">
      <w:pPr>
        <w:pStyle w:val="ListeParagraf"/>
        <w:numPr>
          <w:ilvl w:val="0"/>
          <w:numId w:val="41"/>
        </w:numPr>
        <w:rPr>
          <w:rFonts w:ascii="Times New Roman" w:hAnsi="Times New Roman" w:cs="Times New Roman"/>
          <w:sz w:val="24"/>
          <w:szCs w:val="24"/>
        </w:rPr>
      </w:pPr>
      <w:r w:rsidRPr="00A37F8B">
        <w:rPr>
          <w:rFonts w:ascii="Times New Roman" w:hAnsi="Times New Roman" w:cs="Times New Roman"/>
          <w:sz w:val="24"/>
          <w:szCs w:val="24"/>
        </w:rPr>
        <w:t>Bu çalışma, [Finansman Kurumu, Proje / Hibe Numarası] tarafından desteklenmiştir.</w:t>
      </w:r>
    </w:p>
    <w:p w14:paraId="527BDB64" w14:textId="77777777" w:rsidR="00682C36" w:rsidRPr="00A37F8B" w:rsidRDefault="00682C36" w:rsidP="00682C36">
      <w:pPr>
        <w:jc w:val="both"/>
        <w:rPr>
          <w:rFonts w:ascii="Times New Roman" w:hAnsi="Times New Roman" w:cs="Times New Roman"/>
          <w:b/>
          <w:bCs/>
          <w:sz w:val="24"/>
          <w:szCs w:val="24"/>
        </w:rPr>
      </w:pPr>
      <w:r w:rsidRPr="00A37F8B">
        <w:rPr>
          <w:rFonts w:ascii="Times New Roman" w:hAnsi="Times New Roman" w:cs="Times New Roman"/>
          <w:b/>
          <w:bCs/>
          <w:sz w:val="24"/>
          <w:szCs w:val="24"/>
        </w:rPr>
        <w:t>Uygulamalı Çıkarımlar</w:t>
      </w:r>
    </w:p>
    <w:p w14:paraId="749C7F64" w14:textId="77777777" w:rsidR="00682C36" w:rsidRPr="00A37F8B" w:rsidRDefault="00682C36" w:rsidP="00682C36">
      <w:pPr>
        <w:jc w:val="both"/>
        <w:rPr>
          <w:rFonts w:ascii="Times New Roman" w:hAnsi="Times New Roman" w:cs="Times New Roman"/>
          <w:b/>
          <w:bCs/>
          <w:sz w:val="24"/>
          <w:szCs w:val="24"/>
        </w:rPr>
      </w:pPr>
      <w:r w:rsidRPr="00A37F8B">
        <w:rPr>
          <w:rFonts w:ascii="Times New Roman" w:hAnsi="Times New Roman" w:cs="Times New Roman"/>
          <w:sz w:val="24"/>
          <w:szCs w:val="24"/>
        </w:rPr>
        <w:t>Bu bölüm, araştırma bulgularının pratik uygulamalarını ele alır. Yazarlar, elde edilen sonuçların özellikle Sürdürülebilirlik ve Yapay Zekâ bağlamında; uygulayıcılar, politika yapıcılar, kuruluşlar veya diğer paydaşlar tarafından nasıl kullanılabileceğini açıklamalıdır.</w:t>
      </w:r>
    </w:p>
    <w:p w14:paraId="32D01E08" w14:textId="77777777" w:rsidR="00682C36" w:rsidRPr="00A37F8B" w:rsidRDefault="00682C36" w:rsidP="00682C36">
      <w:pPr>
        <w:jc w:val="both"/>
        <w:rPr>
          <w:rFonts w:ascii="Times New Roman" w:hAnsi="Times New Roman" w:cs="Times New Roman"/>
          <w:b/>
          <w:bCs/>
          <w:sz w:val="24"/>
          <w:szCs w:val="24"/>
        </w:rPr>
      </w:pPr>
      <w:r w:rsidRPr="00C43E70">
        <w:rPr>
          <w:rFonts w:ascii="Times New Roman" w:hAnsi="Times New Roman" w:cs="Times New Roman"/>
          <w:b/>
          <w:bCs/>
          <w:sz w:val="24"/>
          <w:szCs w:val="24"/>
        </w:rPr>
        <w:t>Gelecek Araştırma Yönleri</w:t>
      </w:r>
    </w:p>
    <w:p w14:paraId="751CF8BD" w14:textId="77777777" w:rsidR="00682C36" w:rsidRPr="00C43E70" w:rsidRDefault="00682C36" w:rsidP="00682C36">
      <w:pPr>
        <w:jc w:val="both"/>
        <w:rPr>
          <w:rFonts w:ascii="Times New Roman" w:hAnsi="Times New Roman" w:cs="Times New Roman"/>
          <w:sz w:val="24"/>
          <w:szCs w:val="24"/>
        </w:rPr>
      </w:pPr>
      <w:r w:rsidRPr="00C43E70">
        <w:rPr>
          <w:rFonts w:ascii="Times New Roman" w:hAnsi="Times New Roman" w:cs="Times New Roman"/>
          <w:sz w:val="24"/>
          <w:szCs w:val="24"/>
        </w:rPr>
        <w:t>Bu bölüm, çalışmanın bulgularından ve sınırlılıklarından hareketle gelecekte yapılabilecek araştırmalara ilişkin olası yönelimleri ortaya koyar. Yazarlar; kuramsal genişletmeler, yöntemsel iyileştirmeler veya sonraki çalışmalar için yeni araştırma soruları önerebilir.</w:t>
      </w:r>
    </w:p>
    <w:p w14:paraId="737F50B6" w14:textId="77777777" w:rsidR="00682C36" w:rsidRPr="00A37F8B" w:rsidRDefault="00682C36" w:rsidP="00682C36">
      <w:pPr>
        <w:jc w:val="both"/>
        <w:rPr>
          <w:rFonts w:ascii="Times New Roman" w:hAnsi="Times New Roman" w:cs="Times New Roman"/>
          <w:b/>
          <w:bCs/>
          <w:sz w:val="24"/>
          <w:szCs w:val="24"/>
        </w:rPr>
      </w:pPr>
      <w:r w:rsidRPr="00C43E70">
        <w:rPr>
          <w:rFonts w:ascii="Times New Roman" w:hAnsi="Times New Roman" w:cs="Times New Roman"/>
          <w:b/>
          <w:bCs/>
          <w:sz w:val="24"/>
          <w:szCs w:val="24"/>
        </w:rPr>
        <w:t>Kaynakça</w:t>
      </w:r>
    </w:p>
    <w:p w14:paraId="76483F3D" w14:textId="77777777" w:rsidR="00682C36" w:rsidRPr="00A37F8B" w:rsidRDefault="00682C36" w:rsidP="00682C36">
      <w:pPr>
        <w:jc w:val="both"/>
        <w:rPr>
          <w:rFonts w:ascii="Times New Roman" w:hAnsi="Times New Roman" w:cs="Times New Roman"/>
          <w:sz w:val="24"/>
          <w:szCs w:val="24"/>
        </w:rPr>
      </w:pPr>
      <w:r w:rsidRPr="00C43E70">
        <w:rPr>
          <w:rFonts w:ascii="Times New Roman" w:hAnsi="Times New Roman" w:cs="Times New Roman"/>
          <w:i/>
          <w:iCs/>
          <w:sz w:val="24"/>
          <w:szCs w:val="24"/>
        </w:rPr>
        <w:t>(APA 7. Baskı)</w:t>
      </w:r>
    </w:p>
    <w:p w14:paraId="4CAF015E" w14:textId="77777777" w:rsidR="00682C36" w:rsidRPr="00C43E70" w:rsidRDefault="00682C36" w:rsidP="00682C36">
      <w:pPr>
        <w:jc w:val="both"/>
        <w:rPr>
          <w:rFonts w:ascii="Times New Roman" w:hAnsi="Times New Roman" w:cs="Times New Roman"/>
          <w:sz w:val="24"/>
          <w:szCs w:val="24"/>
        </w:rPr>
      </w:pPr>
      <w:r w:rsidRPr="00C43E70">
        <w:rPr>
          <w:rFonts w:ascii="Times New Roman" w:hAnsi="Times New Roman" w:cs="Times New Roman"/>
          <w:sz w:val="24"/>
          <w:szCs w:val="24"/>
        </w:rPr>
        <w:t>Metinde atıf yapılan tüm kaynaklar, APA 7. Baskı kurallarına uygun biçimde listelenmelidir. Yalnızca metinde atıf verilen çalışmalar kaynakçada yer almalıdır. Kaynaklar eksiksiz, doğru ve yazar soyadına göre alfabetik sırayla düzenlenmelidir.</w:t>
      </w:r>
    </w:p>
    <w:p w14:paraId="70D456E0" w14:textId="77777777" w:rsidR="00682C36" w:rsidRPr="00A37F8B" w:rsidRDefault="00682C36" w:rsidP="00682C36">
      <w:pPr>
        <w:jc w:val="both"/>
        <w:rPr>
          <w:rFonts w:ascii="Times New Roman" w:hAnsi="Times New Roman" w:cs="Times New Roman"/>
          <w:sz w:val="24"/>
          <w:szCs w:val="24"/>
        </w:rPr>
      </w:pPr>
    </w:p>
    <w:p w14:paraId="6F03DDC0" w14:textId="71B2A820" w:rsidR="00192292" w:rsidRPr="00960ECC" w:rsidRDefault="00192292" w:rsidP="00682C36">
      <w:pPr>
        <w:jc w:val="both"/>
        <w:rPr>
          <w:rFonts w:ascii="Times New Roman" w:hAnsi="Times New Roman" w:cs="Times New Roman"/>
          <w:sz w:val="24"/>
          <w:szCs w:val="24"/>
        </w:rPr>
      </w:pPr>
    </w:p>
    <w:sectPr w:rsidR="00192292" w:rsidRPr="00960ECC" w:rsidSect="00034616">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98A8F" w14:textId="77777777" w:rsidR="004D3C27" w:rsidRPr="00A37F8B" w:rsidRDefault="004D3C27" w:rsidP="00AD56DA">
      <w:pPr>
        <w:spacing w:after="0" w:line="240" w:lineRule="auto"/>
      </w:pPr>
      <w:r w:rsidRPr="00A37F8B">
        <w:separator/>
      </w:r>
    </w:p>
  </w:endnote>
  <w:endnote w:type="continuationSeparator" w:id="0">
    <w:p w14:paraId="0B2E9949" w14:textId="77777777" w:rsidR="004D3C27" w:rsidRPr="00A37F8B" w:rsidRDefault="004D3C27" w:rsidP="00AD56DA">
      <w:pPr>
        <w:spacing w:after="0" w:line="240" w:lineRule="auto"/>
      </w:pPr>
      <w:r w:rsidRPr="00A37F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3176374"/>
      <w:docPartObj>
        <w:docPartGallery w:val="Page Numbers (Bottom of Page)"/>
        <w:docPartUnique/>
      </w:docPartObj>
    </w:sdtPr>
    <w:sdtEndPr/>
    <w:sdtContent>
      <w:p w14:paraId="4A38AE66" w14:textId="7DC7ED95" w:rsidR="00AD56DA" w:rsidRPr="00A37F8B" w:rsidRDefault="00AD56DA">
        <w:pPr>
          <w:pStyle w:val="AltBilgi"/>
          <w:jc w:val="center"/>
          <w:rPr>
            <w:rFonts w:ascii="Times New Roman" w:hAnsi="Times New Roman" w:cs="Times New Roman"/>
          </w:rPr>
        </w:pPr>
        <w:r w:rsidRPr="00A37F8B">
          <w:rPr>
            <w:rFonts w:ascii="Times New Roman" w:hAnsi="Times New Roman" w:cs="Times New Roman"/>
          </w:rPr>
          <w:fldChar w:fldCharType="begin"/>
        </w:r>
        <w:r w:rsidRPr="00A37F8B">
          <w:rPr>
            <w:rFonts w:ascii="Times New Roman" w:hAnsi="Times New Roman" w:cs="Times New Roman"/>
          </w:rPr>
          <w:instrText>PAGE   \* MERGEFORMAT</w:instrText>
        </w:r>
        <w:r w:rsidRPr="00A37F8B">
          <w:rPr>
            <w:rFonts w:ascii="Times New Roman" w:hAnsi="Times New Roman" w:cs="Times New Roman"/>
          </w:rPr>
          <w:fldChar w:fldCharType="separate"/>
        </w:r>
        <w:r w:rsidRPr="00A37F8B">
          <w:rPr>
            <w:rFonts w:ascii="Times New Roman" w:hAnsi="Times New Roman" w:cs="Times New Roman"/>
          </w:rPr>
          <w:t>2</w:t>
        </w:r>
        <w:r w:rsidRPr="00A37F8B">
          <w:rPr>
            <w:rFonts w:ascii="Times New Roman" w:hAnsi="Times New Roman" w:cs="Times New Roman"/>
          </w:rPr>
          <w:fldChar w:fldCharType="end"/>
        </w:r>
      </w:p>
    </w:sdtContent>
  </w:sdt>
  <w:p w14:paraId="000854F3" w14:textId="77777777" w:rsidR="00AD56DA" w:rsidRPr="00A37F8B" w:rsidRDefault="00AD56DA">
    <w:pPr>
      <w:pStyle w:val="AltBilgi"/>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04D1B" w14:textId="77777777" w:rsidR="004D3C27" w:rsidRPr="00A37F8B" w:rsidRDefault="004D3C27" w:rsidP="00AD56DA">
      <w:pPr>
        <w:spacing w:after="0" w:line="240" w:lineRule="auto"/>
      </w:pPr>
      <w:r w:rsidRPr="00A37F8B">
        <w:separator/>
      </w:r>
    </w:p>
  </w:footnote>
  <w:footnote w:type="continuationSeparator" w:id="0">
    <w:p w14:paraId="0742FFED" w14:textId="77777777" w:rsidR="004D3C27" w:rsidRPr="00A37F8B" w:rsidRDefault="004D3C27" w:rsidP="00AD56DA">
      <w:pPr>
        <w:spacing w:after="0" w:line="240" w:lineRule="auto"/>
      </w:pPr>
      <w:r w:rsidRPr="00A37F8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43D3480"/>
    <w:multiLevelType w:val="hybridMultilevel"/>
    <w:tmpl w:val="A6E64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62F5DB4"/>
    <w:multiLevelType w:val="hybridMultilevel"/>
    <w:tmpl w:val="158C23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01A6183"/>
    <w:multiLevelType w:val="multilevel"/>
    <w:tmpl w:val="3E5C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302192"/>
    <w:multiLevelType w:val="hybridMultilevel"/>
    <w:tmpl w:val="21480F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632437D"/>
    <w:multiLevelType w:val="hybridMultilevel"/>
    <w:tmpl w:val="CA4EB5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63A6622"/>
    <w:multiLevelType w:val="hybridMultilevel"/>
    <w:tmpl w:val="D33AE9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8582953"/>
    <w:multiLevelType w:val="hybridMultilevel"/>
    <w:tmpl w:val="3CFCEF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8DA16C9"/>
    <w:multiLevelType w:val="multilevel"/>
    <w:tmpl w:val="C334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933F6B"/>
    <w:multiLevelType w:val="hybridMultilevel"/>
    <w:tmpl w:val="7212A9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E560F5A"/>
    <w:multiLevelType w:val="hybridMultilevel"/>
    <w:tmpl w:val="60AC21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FFA6E05"/>
    <w:multiLevelType w:val="multilevel"/>
    <w:tmpl w:val="1BEE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0C07FD"/>
    <w:multiLevelType w:val="hybridMultilevel"/>
    <w:tmpl w:val="39A6E1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70F2956"/>
    <w:multiLevelType w:val="hybridMultilevel"/>
    <w:tmpl w:val="F1A03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DC1012D"/>
    <w:multiLevelType w:val="multilevel"/>
    <w:tmpl w:val="841A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CC17CD"/>
    <w:multiLevelType w:val="multilevel"/>
    <w:tmpl w:val="A4BC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3C4386"/>
    <w:multiLevelType w:val="multilevel"/>
    <w:tmpl w:val="4D2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DC1681"/>
    <w:multiLevelType w:val="hybridMultilevel"/>
    <w:tmpl w:val="233C1D2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6" w15:restartNumberingAfterBreak="0">
    <w:nsid w:val="30FA2DBE"/>
    <w:multiLevelType w:val="hybridMultilevel"/>
    <w:tmpl w:val="1BDC0E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4AA09BB"/>
    <w:multiLevelType w:val="multilevel"/>
    <w:tmpl w:val="DF3A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052873"/>
    <w:multiLevelType w:val="hybridMultilevel"/>
    <w:tmpl w:val="E44A95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36510B30"/>
    <w:multiLevelType w:val="multilevel"/>
    <w:tmpl w:val="A254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CD7832"/>
    <w:multiLevelType w:val="hybridMultilevel"/>
    <w:tmpl w:val="DBEEE8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3EF74103"/>
    <w:multiLevelType w:val="hybridMultilevel"/>
    <w:tmpl w:val="898431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3F56061C"/>
    <w:multiLevelType w:val="hybridMultilevel"/>
    <w:tmpl w:val="35C67D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3FE20581"/>
    <w:multiLevelType w:val="hybridMultilevel"/>
    <w:tmpl w:val="CA1E6B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46130479"/>
    <w:multiLevelType w:val="hybridMultilevel"/>
    <w:tmpl w:val="8876AD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48A060D4"/>
    <w:multiLevelType w:val="hybridMultilevel"/>
    <w:tmpl w:val="CC2C2C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2A24FB1"/>
    <w:multiLevelType w:val="multilevel"/>
    <w:tmpl w:val="02DE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FA36EA"/>
    <w:multiLevelType w:val="hybridMultilevel"/>
    <w:tmpl w:val="BD98FB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3935D78"/>
    <w:multiLevelType w:val="hybridMultilevel"/>
    <w:tmpl w:val="432EC7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3FD7E7B"/>
    <w:multiLevelType w:val="multilevel"/>
    <w:tmpl w:val="3258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6F4CCA"/>
    <w:multiLevelType w:val="multilevel"/>
    <w:tmpl w:val="2BF0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892232">
    <w:abstractNumId w:val="8"/>
  </w:num>
  <w:num w:numId="2" w16cid:durableId="1207527213">
    <w:abstractNumId w:val="6"/>
  </w:num>
  <w:num w:numId="3" w16cid:durableId="634330407">
    <w:abstractNumId w:val="5"/>
  </w:num>
  <w:num w:numId="4" w16cid:durableId="169300550">
    <w:abstractNumId w:val="4"/>
  </w:num>
  <w:num w:numId="5" w16cid:durableId="1745371188">
    <w:abstractNumId w:val="7"/>
  </w:num>
  <w:num w:numId="6" w16cid:durableId="1803306210">
    <w:abstractNumId w:val="3"/>
  </w:num>
  <w:num w:numId="7" w16cid:durableId="2032144873">
    <w:abstractNumId w:val="2"/>
  </w:num>
  <w:num w:numId="8" w16cid:durableId="1712417499">
    <w:abstractNumId w:val="1"/>
  </w:num>
  <w:num w:numId="9" w16cid:durableId="165245712">
    <w:abstractNumId w:val="0"/>
  </w:num>
  <w:num w:numId="10" w16cid:durableId="249196765">
    <w:abstractNumId w:val="27"/>
  </w:num>
  <w:num w:numId="11" w16cid:durableId="846482616">
    <w:abstractNumId w:val="40"/>
  </w:num>
  <w:num w:numId="12" w16cid:durableId="701825134">
    <w:abstractNumId w:val="19"/>
  </w:num>
  <w:num w:numId="13" w16cid:durableId="1449935377">
    <w:abstractNumId w:val="36"/>
  </w:num>
  <w:num w:numId="14" w16cid:durableId="950089293">
    <w:abstractNumId w:val="29"/>
  </w:num>
  <w:num w:numId="15" w16cid:durableId="1263415682">
    <w:abstractNumId w:val="24"/>
  </w:num>
  <w:num w:numId="16" w16cid:durableId="1909195312">
    <w:abstractNumId w:val="22"/>
  </w:num>
  <w:num w:numId="17" w16cid:durableId="576868135">
    <w:abstractNumId w:val="38"/>
  </w:num>
  <w:num w:numId="18" w16cid:durableId="816148951">
    <w:abstractNumId w:val="13"/>
  </w:num>
  <w:num w:numId="19" w16cid:durableId="1885674767">
    <w:abstractNumId w:val="9"/>
  </w:num>
  <w:num w:numId="20" w16cid:durableId="1261716559">
    <w:abstractNumId w:val="31"/>
  </w:num>
  <w:num w:numId="21" w16cid:durableId="278802919">
    <w:abstractNumId w:val="28"/>
  </w:num>
  <w:num w:numId="22" w16cid:durableId="235751572">
    <w:abstractNumId w:val="20"/>
  </w:num>
  <w:num w:numId="23" w16cid:durableId="1348825006">
    <w:abstractNumId w:val="26"/>
  </w:num>
  <w:num w:numId="24" w16cid:durableId="1424954816">
    <w:abstractNumId w:val="12"/>
  </w:num>
  <w:num w:numId="25" w16cid:durableId="531111617">
    <w:abstractNumId w:val="10"/>
  </w:num>
  <w:num w:numId="26" w16cid:durableId="678046747">
    <w:abstractNumId w:val="32"/>
  </w:num>
  <w:num w:numId="27" w16cid:durableId="1235973390">
    <w:abstractNumId w:val="23"/>
  </w:num>
  <w:num w:numId="28" w16cid:durableId="459230664">
    <w:abstractNumId w:val="21"/>
  </w:num>
  <w:num w:numId="29" w16cid:durableId="1773627002">
    <w:abstractNumId w:val="16"/>
  </w:num>
  <w:num w:numId="30" w16cid:durableId="1896548136">
    <w:abstractNumId w:val="25"/>
  </w:num>
  <w:num w:numId="31" w16cid:durableId="1167786398">
    <w:abstractNumId w:val="39"/>
  </w:num>
  <w:num w:numId="32" w16cid:durableId="802574081">
    <w:abstractNumId w:val="17"/>
  </w:num>
  <w:num w:numId="33" w16cid:durableId="836650926">
    <w:abstractNumId w:val="11"/>
  </w:num>
  <w:num w:numId="34" w16cid:durableId="1906455635">
    <w:abstractNumId w:val="15"/>
  </w:num>
  <w:num w:numId="35" w16cid:durableId="717782482">
    <w:abstractNumId w:val="33"/>
  </w:num>
  <w:num w:numId="36" w16cid:durableId="1713387504">
    <w:abstractNumId w:val="30"/>
  </w:num>
  <w:num w:numId="37" w16cid:durableId="2145079803">
    <w:abstractNumId w:val="35"/>
  </w:num>
  <w:num w:numId="38" w16cid:durableId="1401247569">
    <w:abstractNumId w:val="14"/>
  </w:num>
  <w:num w:numId="39" w16cid:durableId="1620065254">
    <w:abstractNumId w:val="18"/>
  </w:num>
  <w:num w:numId="40" w16cid:durableId="898713125">
    <w:abstractNumId w:val="34"/>
  </w:num>
  <w:num w:numId="41" w16cid:durableId="20124888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C76"/>
    <w:rsid w:val="00034616"/>
    <w:rsid w:val="0006063C"/>
    <w:rsid w:val="00067AA7"/>
    <w:rsid w:val="00075C13"/>
    <w:rsid w:val="0015074B"/>
    <w:rsid w:val="001614C8"/>
    <w:rsid w:val="0019076A"/>
    <w:rsid w:val="00192292"/>
    <w:rsid w:val="001D11B1"/>
    <w:rsid w:val="001E5A64"/>
    <w:rsid w:val="001F5598"/>
    <w:rsid w:val="002108EB"/>
    <w:rsid w:val="0029639D"/>
    <w:rsid w:val="002A4B25"/>
    <w:rsid w:val="00303DE4"/>
    <w:rsid w:val="00321264"/>
    <w:rsid w:val="00326F90"/>
    <w:rsid w:val="00332F2A"/>
    <w:rsid w:val="0033325B"/>
    <w:rsid w:val="00376D14"/>
    <w:rsid w:val="003D43CB"/>
    <w:rsid w:val="004212DE"/>
    <w:rsid w:val="004669D3"/>
    <w:rsid w:val="004D3C27"/>
    <w:rsid w:val="004F1AD2"/>
    <w:rsid w:val="00547C86"/>
    <w:rsid w:val="00587086"/>
    <w:rsid w:val="005C0775"/>
    <w:rsid w:val="005E3938"/>
    <w:rsid w:val="0063262B"/>
    <w:rsid w:val="00651366"/>
    <w:rsid w:val="00682C36"/>
    <w:rsid w:val="00734894"/>
    <w:rsid w:val="0080123A"/>
    <w:rsid w:val="00804BE2"/>
    <w:rsid w:val="008A4D38"/>
    <w:rsid w:val="008A4DFE"/>
    <w:rsid w:val="00907714"/>
    <w:rsid w:val="0091069C"/>
    <w:rsid w:val="00922B1B"/>
    <w:rsid w:val="00960ECC"/>
    <w:rsid w:val="00987FEC"/>
    <w:rsid w:val="009D4A48"/>
    <w:rsid w:val="009E0C4B"/>
    <w:rsid w:val="009F78B3"/>
    <w:rsid w:val="00A22FFE"/>
    <w:rsid w:val="00A24A43"/>
    <w:rsid w:val="00A31EB4"/>
    <w:rsid w:val="00A37F8B"/>
    <w:rsid w:val="00A71B66"/>
    <w:rsid w:val="00A8686F"/>
    <w:rsid w:val="00AA1D8D"/>
    <w:rsid w:val="00AA3160"/>
    <w:rsid w:val="00AB1307"/>
    <w:rsid w:val="00AD56DA"/>
    <w:rsid w:val="00B139FB"/>
    <w:rsid w:val="00B16BD2"/>
    <w:rsid w:val="00B47730"/>
    <w:rsid w:val="00BE4812"/>
    <w:rsid w:val="00BF0D18"/>
    <w:rsid w:val="00C0562B"/>
    <w:rsid w:val="00C35848"/>
    <w:rsid w:val="00CB0664"/>
    <w:rsid w:val="00D44DFB"/>
    <w:rsid w:val="00D764AD"/>
    <w:rsid w:val="00E409BE"/>
    <w:rsid w:val="00E5390C"/>
    <w:rsid w:val="00E72C1A"/>
    <w:rsid w:val="00EB40EE"/>
    <w:rsid w:val="00ED1B81"/>
    <w:rsid w:val="00ED7A50"/>
    <w:rsid w:val="00EE1E1C"/>
    <w:rsid w:val="00F12439"/>
    <w:rsid w:val="00F21686"/>
    <w:rsid w:val="00F54065"/>
    <w:rsid w:val="00F64102"/>
    <w:rsid w:val="00F643CD"/>
    <w:rsid w:val="00FA6D4E"/>
    <w:rsid w:val="00FB3215"/>
    <w:rsid w:val="00FC693F"/>
    <w:rsid w:val="00FF5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4CFE72"/>
  <w14:defaultImageDpi w14:val="330"/>
  <w15:docId w15:val="{E9CD66F5-A333-48B8-9251-CE2D5AD8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tr-TR"/>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2A4B25"/>
    <w:rPr>
      <w:color w:val="0000FF" w:themeColor="hyperlink"/>
      <w:u w:val="single"/>
    </w:rPr>
  </w:style>
  <w:style w:type="character" w:styleId="zmlenmeyenBahsetme">
    <w:name w:val="Unresolved Mention"/>
    <w:basedOn w:val="VarsaylanParagrafYazTipi"/>
    <w:uiPriority w:val="99"/>
    <w:semiHidden/>
    <w:unhideWhenUsed/>
    <w:rsid w:val="002A4B25"/>
    <w:rPr>
      <w:color w:val="605E5C"/>
      <w:shd w:val="clear" w:color="auto" w:fill="E1DFDD"/>
    </w:rPr>
  </w:style>
  <w:style w:type="paragraph" w:styleId="NormalWeb">
    <w:name w:val="Normal (Web)"/>
    <w:basedOn w:val="Normal"/>
    <w:uiPriority w:val="99"/>
    <w:semiHidden/>
    <w:unhideWhenUsed/>
    <w:rsid w:val="0091069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987F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53/j.ajkd.2020.01.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5</Pages>
  <Words>1082</Words>
  <Characters>6644</Characters>
  <Application>Microsoft Office Word</Application>
  <DocSecurity>0</DocSecurity>
  <Lines>144</Lines>
  <Paragraphs>101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KÜBRA GURALLAR</cp:lastModifiedBy>
  <cp:revision>59</cp:revision>
  <dcterms:created xsi:type="dcterms:W3CDTF">2013-12-23T23:15:00Z</dcterms:created>
  <dcterms:modified xsi:type="dcterms:W3CDTF">2026-02-13T08:42:00Z</dcterms:modified>
  <cp:category/>
</cp:coreProperties>
</file>