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61D58" w14:textId="4F0577BA" w:rsidR="00192292" w:rsidRPr="00960ECC" w:rsidRDefault="00D764AD" w:rsidP="0080123A">
      <w:pPr>
        <w:jc w:val="center"/>
        <w:rPr>
          <w:rFonts w:ascii="Times New Roman" w:hAnsi="Times New Roman" w:cs="Times New Roman"/>
          <w:b/>
          <w:bCs/>
          <w:sz w:val="24"/>
          <w:szCs w:val="24"/>
        </w:rPr>
      </w:pPr>
      <w:r w:rsidRPr="00960ECC">
        <w:rPr>
          <w:rFonts w:ascii="Times New Roman" w:hAnsi="Times New Roman" w:cs="Times New Roman"/>
          <w:b/>
          <w:bCs/>
          <w:sz w:val="24"/>
          <w:szCs w:val="24"/>
        </w:rPr>
        <w:t xml:space="preserve">FULL PAPER </w:t>
      </w:r>
      <w:r w:rsidR="002108EB" w:rsidRPr="00960ECC">
        <w:rPr>
          <w:rFonts w:ascii="Times New Roman" w:hAnsi="Times New Roman" w:cs="Times New Roman"/>
          <w:b/>
          <w:bCs/>
          <w:sz w:val="24"/>
          <w:szCs w:val="24"/>
        </w:rPr>
        <w:t>TITLE (TIMES NEW ROMAN, 12 PT, CENTERED)</w:t>
      </w:r>
    </w:p>
    <w:p w14:paraId="0F111899" w14:textId="77777777" w:rsidR="002108EB" w:rsidRPr="00960ECC" w:rsidRDefault="002108EB" w:rsidP="0080123A">
      <w:pPr>
        <w:jc w:val="both"/>
        <w:rPr>
          <w:rFonts w:ascii="Times New Roman" w:hAnsi="Times New Roman" w:cs="Times New Roman"/>
          <w:b/>
          <w:bCs/>
          <w:iCs/>
          <w:sz w:val="24"/>
          <w:szCs w:val="24"/>
        </w:rPr>
      </w:pPr>
      <w:r w:rsidRPr="00960ECC">
        <w:rPr>
          <w:rFonts w:ascii="Times New Roman" w:hAnsi="Times New Roman" w:cs="Times New Roman"/>
          <w:iCs/>
          <w:sz w:val="24"/>
          <w:szCs w:val="24"/>
        </w:rPr>
        <w:t xml:space="preserve">Provide a concise, informative, and specific title that clearly reflects the </w:t>
      </w:r>
      <w:proofErr w:type="gramStart"/>
      <w:r w:rsidRPr="00960ECC">
        <w:rPr>
          <w:rFonts w:ascii="Times New Roman" w:hAnsi="Times New Roman" w:cs="Times New Roman"/>
          <w:iCs/>
          <w:sz w:val="24"/>
          <w:szCs w:val="24"/>
        </w:rPr>
        <w:t>main focus</w:t>
      </w:r>
      <w:proofErr w:type="gramEnd"/>
      <w:r w:rsidRPr="00960ECC">
        <w:rPr>
          <w:rFonts w:ascii="Times New Roman" w:hAnsi="Times New Roman" w:cs="Times New Roman"/>
          <w:iCs/>
          <w:sz w:val="24"/>
          <w:szCs w:val="24"/>
        </w:rPr>
        <w:t>, method, or contribution of the study. Avoid overly broad or vague expressions.</w:t>
      </w:r>
    </w:p>
    <w:p w14:paraId="2DF3AAFF" w14:textId="5D216390" w:rsidR="00A71B66" w:rsidRPr="00960ECC" w:rsidRDefault="009F78B3" w:rsidP="0080123A">
      <w:pPr>
        <w:jc w:val="both"/>
        <w:rPr>
          <w:rFonts w:ascii="Times New Roman" w:hAnsi="Times New Roman" w:cs="Times New Roman"/>
          <w:b/>
          <w:bCs/>
          <w:iCs/>
          <w:sz w:val="24"/>
          <w:szCs w:val="24"/>
        </w:rPr>
      </w:pPr>
      <w:r w:rsidRPr="00960ECC">
        <w:rPr>
          <w:rFonts w:ascii="Times New Roman" w:hAnsi="Times New Roman" w:cs="Times New Roman"/>
          <w:iCs/>
          <w:sz w:val="24"/>
          <w:szCs w:val="24"/>
        </w:rPr>
        <w:t xml:space="preserve">The full paper must be between </w:t>
      </w:r>
      <w:r w:rsidR="00A71B66" w:rsidRPr="00960ECC">
        <w:rPr>
          <w:rFonts w:ascii="Times New Roman" w:hAnsi="Times New Roman" w:cs="Times New Roman"/>
          <w:iCs/>
          <w:sz w:val="24"/>
          <w:szCs w:val="24"/>
        </w:rPr>
        <w:t>4</w:t>
      </w:r>
      <w:r w:rsidR="00F64102" w:rsidRPr="00960ECC">
        <w:rPr>
          <w:rFonts w:ascii="Times New Roman" w:hAnsi="Times New Roman" w:cs="Times New Roman"/>
          <w:iCs/>
          <w:sz w:val="24"/>
          <w:szCs w:val="24"/>
        </w:rPr>
        <w:t>,000</w:t>
      </w:r>
      <w:r w:rsidRPr="00960ECC">
        <w:rPr>
          <w:rFonts w:ascii="Times New Roman" w:hAnsi="Times New Roman" w:cs="Times New Roman"/>
          <w:iCs/>
          <w:sz w:val="24"/>
          <w:szCs w:val="24"/>
        </w:rPr>
        <w:t xml:space="preserve"> and </w:t>
      </w:r>
      <w:r w:rsidR="00A71B66" w:rsidRPr="00960ECC">
        <w:rPr>
          <w:rFonts w:ascii="Times New Roman" w:hAnsi="Times New Roman" w:cs="Times New Roman"/>
          <w:iCs/>
          <w:sz w:val="24"/>
          <w:szCs w:val="24"/>
        </w:rPr>
        <w:t>7</w:t>
      </w:r>
      <w:r w:rsidR="00F64102" w:rsidRPr="00960ECC">
        <w:rPr>
          <w:rFonts w:ascii="Times New Roman" w:hAnsi="Times New Roman" w:cs="Times New Roman"/>
          <w:iCs/>
          <w:sz w:val="24"/>
          <w:szCs w:val="24"/>
        </w:rPr>
        <w:t>,000</w:t>
      </w:r>
      <w:r w:rsidRPr="00960ECC">
        <w:rPr>
          <w:rFonts w:ascii="Times New Roman" w:hAnsi="Times New Roman" w:cs="Times New Roman"/>
          <w:iCs/>
          <w:sz w:val="24"/>
          <w:szCs w:val="24"/>
        </w:rPr>
        <w:t xml:space="preserve"> words, excluding references.</w:t>
      </w:r>
    </w:p>
    <w:p w14:paraId="36F2C1B9" w14:textId="2EC702D1" w:rsidR="00192292" w:rsidRPr="00960ECC" w:rsidRDefault="00651366" w:rsidP="0080123A">
      <w:pPr>
        <w:jc w:val="both"/>
        <w:rPr>
          <w:rFonts w:ascii="Times New Roman" w:hAnsi="Times New Roman" w:cs="Times New Roman"/>
          <w:b/>
          <w:bCs/>
          <w:sz w:val="24"/>
          <w:szCs w:val="24"/>
        </w:rPr>
      </w:pPr>
      <w:r w:rsidRPr="00960ECC">
        <w:rPr>
          <w:rFonts w:ascii="Times New Roman" w:hAnsi="Times New Roman" w:cs="Times New Roman"/>
          <w:b/>
          <w:bCs/>
          <w:sz w:val="24"/>
          <w:szCs w:val="24"/>
        </w:rPr>
        <w:t>Abstract</w:t>
      </w:r>
    </w:p>
    <w:p w14:paraId="3272A540" w14:textId="77777777" w:rsidR="002108EB" w:rsidRPr="00960ECC" w:rsidRDefault="002108EB" w:rsidP="0080123A">
      <w:pPr>
        <w:jc w:val="both"/>
        <w:rPr>
          <w:rFonts w:ascii="Times New Roman" w:hAnsi="Times New Roman" w:cs="Times New Roman"/>
          <w:b/>
          <w:bCs/>
          <w:i/>
          <w:iCs/>
          <w:sz w:val="24"/>
          <w:szCs w:val="24"/>
        </w:rPr>
      </w:pPr>
      <w:r w:rsidRPr="00960ECC">
        <w:rPr>
          <w:rFonts w:ascii="Times New Roman" w:hAnsi="Times New Roman" w:cs="Times New Roman"/>
          <w:i/>
          <w:iCs/>
          <w:sz w:val="24"/>
          <w:szCs w:val="24"/>
        </w:rPr>
        <w:t>(300–500 words recommended)</w:t>
      </w:r>
    </w:p>
    <w:p w14:paraId="14BF6654" w14:textId="6C655ED5" w:rsidR="008A4DFE" w:rsidRPr="00960ECC" w:rsidRDefault="002108EB" w:rsidP="0080123A">
      <w:pPr>
        <w:jc w:val="both"/>
        <w:rPr>
          <w:rFonts w:ascii="Times New Roman" w:hAnsi="Times New Roman" w:cs="Times New Roman"/>
          <w:b/>
          <w:bCs/>
          <w:sz w:val="24"/>
          <w:szCs w:val="24"/>
        </w:rPr>
      </w:pPr>
      <w:r w:rsidRPr="00960ECC">
        <w:rPr>
          <w:rFonts w:ascii="Times New Roman" w:hAnsi="Times New Roman" w:cs="Times New Roman"/>
          <w:sz w:val="24"/>
          <w:szCs w:val="24"/>
        </w:rPr>
        <w:t>The abstract should provide a clear and structured summary of the study. It is recommended that the abstract addresses the following elements in a single, coherent paragraph:</w:t>
      </w:r>
    </w:p>
    <w:p w14:paraId="20538F3B" w14:textId="543F66EB" w:rsidR="002108EB" w:rsidRPr="00960ECC" w:rsidRDefault="002108EB" w:rsidP="0080123A">
      <w:pPr>
        <w:pStyle w:val="ListeParagraf"/>
        <w:numPr>
          <w:ilvl w:val="0"/>
          <w:numId w:val="20"/>
        </w:numPr>
        <w:jc w:val="both"/>
        <w:rPr>
          <w:rFonts w:ascii="Times New Roman" w:hAnsi="Times New Roman" w:cs="Times New Roman"/>
          <w:b/>
          <w:bCs/>
          <w:sz w:val="24"/>
          <w:szCs w:val="24"/>
        </w:rPr>
      </w:pPr>
      <w:r w:rsidRPr="00960ECC">
        <w:rPr>
          <w:rFonts w:ascii="Times New Roman" w:hAnsi="Times New Roman" w:cs="Times New Roman"/>
          <w:sz w:val="24"/>
          <w:szCs w:val="24"/>
        </w:rPr>
        <w:t>Purpose</w:t>
      </w:r>
      <w:r w:rsidR="005C0775">
        <w:rPr>
          <w:rFonts w:ascii="Times New Roman" w:hAnsi="Times New Roman" w:cs="Times New Roman"/>
          <w:sz w:val="24"/>
          <w:szCs w:val="24"/>
        </w:rPr>
        <w:t xml:space="preserve"> </w:t>
      </w:r>
      <w:r w:rsidRPr="00960ECC">
        <w:rPr>
          <w:rFonts w:ascii="Times New Roman" w:hAnsi="Times New Roman" w:cs="Times New Roman"/>
          <w:sz w:val="24"/>
          <w:szCs w:val="24"/>
        </w:rPr>
        <w:t>/</w:t>
      </w:r>
      <w:r w:rsidR="005C0775">
        <w:rPr>
          <w:rFonts w:ascii="Times New Roman" w:hAnsi="Times New Roman" w:cs="Times New Roman"/>
          <w:sz w:val="24"/>
          <w:szCs w:val="24"/>
        </w:rPr>
        <w:t xml:space="preserve"> </w:t>
      </w:r>
      <w:r w:rsidRPr="00960ECC">
        <w:rPr>
          <w:rFonts w:ascii="Times New Roman" w:hAnsi="Times New Roman" w:cs="Times New Roman"/>
          <w:sz w:val="24"/>
          <w:szCs w:val="24"/>
        </w:rPr>
        <w:t>Problem: Clearly state the main research problem or objective of the study.</w:t>
      </w:r>
    </w:p>
    <w:p w14:paraId="40AA888D" w14:textId="77777777" w:rsidR="002108EB" w:rsidRPr="00960ECC" w:rsidRDefault="002108EB" w:rsidP="0080123A">
      <w:pPr>
        <w:pStyle w:val="ListeParagraf"/>
        <w:numPr>
          <w:ilvl w:val="0"/>
          <w:numId w:val="20"/>
        </w:numPr>
        <w:jc w:val="both"/>
        <w:rPr>
          <w:rFonts w:ascii="Times New Roman" w:hAnsi="Times New Roman" w:cs="Times New Roman"/>
          <w:b/>
          <w:bCs/>
          <w:sz w:val="24"/>
          <w:szCs w:val="24"/>
        </w:rPr>
      </w:pPr>
      <w:r w:rsidRPr="00960ECC">
        <w:rPr>
          <w:rFonts w:ascii="Times New Roman" w:hAnsi="Times New Roman" w:cs="Times New Roman"/>
          <w:sz w:val="24"/>
          <w:szCs w:val="24"/>
        </w:rPr>
        <w:t>Context: Briefly describe the theoretical, empirical, or practical context of the research.</w:t>
      </w:r>
    </w:p>
    <w:p w14:paraId="694552F3" w14:textId="77777777" w:rsidR="002108EB" w:rsidRPr="00960ECC" w:rsidRDefault="002108EB" w:rsidP="0080123A">
      <w:pPr>
        <w:pStyle w:val="ListeParagraf"/>
        <w:numPr>
          <w:ilvl w:val="0"/>
          <w:numId w:val="20"/>
        </w:numPr>
        <w:jc w:val="both"/>
        <w:rPr>
          <w:rFonts w:ascii="Times New Roman" w:hAnsi="Times New Roman" w:cs="Times New Roman"/>
          <w:b/>
          <w:bCs/>
          <w:sz w:val="24"/>
          <w:szCs w:val="24"/>
        </w:rPr>
      </w:pPr>
      <w:r w:rsidRPr="00960ECC">
        <w:rPr>
          <w:rFonts w:ascii="Times New Roman" w:hAnsi="Times New Roman" w:cs="Times New Roman"/>
          <w:sz w:val="24"/>
          <w:szCs w:val="24"/>
        </w:rPr>
        <w:t>Methodology: Indicate the research design, data sources, sample, and analytical approach.</w:t>
      </w:r>
    </w:p>
    <w:p w14:paraId="238C2A4B" w14:textId="77777777" w:rsidR="002108EB" w:rsidRPr="00960ECC" w:rsidRDefault="002108EB" w:rsidP="0080123A">
      <w:pPr>
        <w:pStyle w:val="ListeParagraf"/>
        <w:numPr>
          <w:ilvl w:val="0"/>
          <w:numId w:val="20"/>
        </w:numPr>
        <w:jc w:val="both"/>
        <w:rPr>
          <w:rFonts w:ascii="Times New Roman" w:hAnsi="Times New Roman" w:cs="Times New Roman"/>
          <w:b/>
          <w:bCs/>
          <w:sz w:val="24"/>
          <w:szCs w:val="24"/>
        </w:rPr>
      </w:pPr>
      <w:r w:rsidRPr="00960ECC">
        <w:rPr>
          <w:rFonts w:ascii="Times New Roman" w:hAnsi="Times New Roman" w:cs="Times New Roman"/>
          <w:sz w:val="24"/>
          <w:szCs w:val="24"/>
        </w:rPr>
        <w:t>Findings (if available): Summarize the most important results or expected outcomes.</w:t>
      </w:r>
    </w:p>
    <w:p w14:paraId="533F35F1" w14:textId="77777777" w:rsidR="002108EB" w:rsidRPr="00960ECC" w:rsidRDefault="002108EB" w:rsidP="0080123A">
      <w:pPr>
        <w:pStyle w:val="ListeParagraf"/>
        <w:numPr>
          <w:ilvl w:val="0"/>
          <w:numId w:val="20"/>
        </w:numPr>
        <w:jc w:val="both"/>
        <w:rPr>
          <w:rFonts w:ascii="Times New Roman" w:hAnsi="Times New Roman" w:cs="Times New Roman"/>
          <w:b/>
          <w:bCs/>
          <w:sz w:val="24"/>
          <w:szCs w:val="24"/>
        </w:rPr>
      </w:pPr>
      <w:r w:rsidRPr="00960ECC">
        <w:rPr>
          <w:rFonts w:ascii="Times New Roman" w:hAnsi="Times New Roman" w:cs="Times New Roman"/>
          <w:sz w:val="24"/>
          <w:szCs w:val="24"/>
        </w:rPr>
        <w:t>Contribution: Explain the study’s contribution to the literature and/or practice, particularly in relation to Sustainability and Artificial Intelligence.</w:t>
      </w:r>
    </w:p>
    <w:p w14:paraId="3B054F52" w14:textId="77777777" w:rsidR="002108EB" w:rsidRPr="00960ECC" w:rsidRDefault="002108EB" w:rsidP="0080123A">
      <w:pPr>
        <w:jc w:val="both"/>
        <w:rPr>
          <w:rFonts w:ascii="Times New Roman" w:hAnsi="Times New Roman" w:cs="Times New Roman"/>
          <w:sz w:val="24"/>
          <w:szCs w:val="24"/>
        </w:rPr>
      </w:pPr>
      <w:r w:rsidRPr="00960ECC">
        <w:rPr>
          <w:rFonts w:ascii="Times New Roman" w:hAnsi="Times New Roman" w:cs="Times New Roman"/>
          <w:sz w:val="24"/>
          <w:szCs w:val="24"/>
        </w:rPr>
        <w:t>The abstract should be self-contained and understandable without reference to the full paper.</w:t>
      </w:r>
    </w:p>
    <w:p w14:paraId="7E6EE6B6" w14:textId="77777777" w:rsidR="00960ECC" w:rsidRPr="00960ECC" w:rsidRDefault="00960ECC" w:rsidP="00960ECC">
      <w:pPr>
        <w:jc w:val="both"/>
        <w:rPr>
          <w:rFonts w:ascii="Times New Roman" w:hAnsi="Times New Roman" w:cs="Times New Roman"/>
          <w:b/>
          <w:bCs/>
          <w:sz w:val="24"/>
          <w:szCs w:val="24"/>
        </w:rPr>
      </w:pPr>
      <w:r w:rsidRPr="00960ECC">
        <w:rPr>
          <w:rFonts w:ascii="Times New Roman" w:hAnsi="Times New Roman" w:cs="Times New Roman"/>
          <w:b/>
          <w:bCs/>
          <w:sz w:val="24"/>
          <w:szCs w:val="24"/>
        </w:rPr>
        <w:t>Keywords</w:t>
      </w:r>
    </w:p>
    <w:p w14:paraId="7F95E2A1" w14:textId="77777777" w:rsidR="00960ECC" w:rsidRPr="00960ECC" w:rsidRDefault="00960ECC" w:rsidP="00960ECC">
      <w:pPr>
        <w:jc w:val="both"/>
        <w:rPr>
          <w:rFonts w:ascii="Times New Roman" w:hAnsi="Times New Roman" w:cs="Times New Roman"/>
          <w:sz w:val="24"/>
          <w:szCs w:val="24"/>
        </w:rPr>
      </w:pPr>
      <w:r w:rsidRPr="00960ECC">
        <w:rPr>
          <w:rFonts w:ascii="Times New Roman" w:hAnsi="Times New Roman" w:cs="Times New Roman"/>
          <w:sz w:val="24"/>
          <w:szCs w:val="24"/>
        </w:rPr>
        <w:t>Provide 3–5 keywords that reflect the main themes, methods, and scope of the study.</w:t>
      </w:r>
      <w:r w:rsidRPr="00960ECC">
        <w:rPr>
          <w:rFonts w:ascii="Times New Roman" w:hAnsi="Times New Roman" w:cs="Times New Roman"/>
          <w:sz w:val="24"/>
          <w:szCs w:val="24"/>
        </w:rPr>
        <w:br/>
        <w:t>Keywords should be written in lowercase (except proper nouns) and separated by semicolons.</w:t>
      </w:r>
    </w:p>
    <w:p w14:paraId="06E7EE45" w14:textId="6BB1F6FF" w:rsidR="00960ECC" w:rsidRDefault="00960ECC" w:rsidP="00960ECC">
      <w:pPr>
        <w:jc w:val="both"/>
        <w:rPr>
          <w:rFonts w:ascii="Times New Roman" w:hAnsi="Times New Roman" w:cs="Times New Roman"/>
          <w:sz w:val="24"/>
          <w:szCs w:val="24"/>
        </w:rPr>
      </w:pPr>
      <w:r w:rsidRPr="00960ECC">
        <w:rPr>
          <w:rFonts w:ascii="Times New Roman" w:hAnsi="Times New Roman" w:cs="Times New Roman"/>
          <w:sz w:val="24"/>
          <w:szCs w:val="24"/>
        </w:rPr>
        <w:t>Example:</w:t>
      </w:r>
      <w:r w:rsidRPr="00960ECC">
        <w:rPr>
          <w:rFonts w:ascii="Times New Roman" w:hAnsi="Times New Roman" w:cs="Times New Roman"/>
          <w:sz w:val="24"/>
          <w:szCs w:val="24"/>
        </w:rPr>
        <w:br/>
        <w:t>sustainability; artificial intelligence; decision support systems; circular economy</w:t>
      </w:r>
    </w:p>
    <w:p w14:paraId="5DC9BB57" w14:textId="77777777" w:rsidR="00960ECC" w:rsidRPr="00960ECC" w:rsidRDefault="00960ECC" w:rsidP="00960ECC">
      <w:pPr>
        <w:jc w:val="both"/>
        <w:rPr>
          <w:rFonts w:ascii="Times New Roman" w:hAnsi="Times New Roman" w:cs="Times New Roman"/>
          <w:b/>
          <w:bCs/>
          <w:sz w:val="24"/>
          <w:szCs w:val="24"/>
        </w:rPr>
      </w:pPr>
      <w:r w:rsidRPr="00960ECC">
        <w:rPr>
          <w:rFonts w:ascii="Times New Roman" w:hAnsi="Times New Roman" w:cs="Times New Roman"/>
          <w:b/>
          <w:bCs/>
          <w:sz w:val="24"/>
          <w:szCs w:val="24"/>
        </w:rPr>
        <w:t>Graphic Abstract</w:t>
      </w:r>
    </w:p>
    <w:p w14:paraId="1F24F2D1" w14:textId="77777777" w:rsidR="00960ECC" w:rsidRPr="00960ECC" w:rsidRDefault="00960ECC" w:rsidP="00960ECC">
      <w:pPr>
        <w:jc w:val="both"/>
        <w:rPr>
          <w:rFonts w:ascii="Times New Roman" w:hAnsi="Times New Roman" w:cs="Times New Roman"/>
          <w:i/>
          <w:iCs/>
          <w:sz w:val="24"/>
          <w:szCs w:val="24"/>
        </w:rPr>
      </w:pPr>
      <w:r w:rsidRPr="00960ECC">
        <w:rPr>
          <w:rFonts w:ascii="Times New Roman" w:hAnsi="Times New Roman" w:cs="Times New Roman"/>
          <w:i/>
          <w:iCs/>
          <w:sz w:val="24"/>
          <w:szCs w:val="24"/>
        </w:rPr>
        <w:t>(Required for Full Paper Submissions)</w:t>
      </w:r>
    </w:p>
    <w:p w14:paraId="6783F937" w14:textId="77777777" w:rsidR="00960ECC" w:rsidRPr="00960ECC" w:rsidRDefault="00960ECC" w:rsidP="00960ECC">
      <w:pPr>
        <w:jc w:val="both"/>
        <w:rPr>
          <w:rFonts w:ascii="Times New Roman" w:hAnsi="Times New Roman" w:cs="Times New Roman"/>
          <w:sz w:val="24"/>
          <w:szCs w:val="24"/>
        </w:rPr>
      </w:pPr>
      <w:r w:rsidRPr="00960ECC">
        <w:rPr>
          <w:rFonts w:ascii="Times New Roman" w:hAnsi="Times New Roman" w:cs="Times New Roman"/>
          <w:sz w:val="24"/>
          <w:szCs w:val="24"/>
        </w:rPr>
        <w:t xml:space="preserve">Authors are required to include a Graphic Abstract that visually summarizes the main objective, methodology, and key contribution of the study. The graphic abstract should </w:t>
      </w:r>
      <w:r w:rsidRPr="00960ECC">
        <w:rPr>
          <w:rFonts w:ascii="Times New Roman" w:hAnsi="Times New Roman" w:cs="Times New Roman"/>
          <w:sz w:val="24"/>
          <w:szCs w:val="24"/>
        </w:rPr>
        <w:lastRenderedPageBreak/>
        <w:t>provide a clear, concise, and self-explanatory overview of the research and should be understandable without extensive explanatory text.</w:t>
      </w:r>
    </w:p>
    <w:p w14:paraId="4CFCA326" w14:textId="77777777" w:rsidR="00960ECC" w:rsidRPr="00960ECC" w:rsidRDefault="00960ECC" w:rsidP="00960ECC">
      <w:pPr>
        <w:jc w:val="both"/>
        <w:rPr>
          <w:rFonts w:ascii="Times New Roman" w:hAnsi="Times New Roman" w:cs="Times New Roman"/>
          <w:sz w:val="24"/>
          <w:szCs w:val="24"/>
        </w:rPr>
      </w:pPr>
      <w:r w:rsidRPr="00960ECC">
        <w:rPr>
          <w:rFonts w:ascii="Times New Roman" w:hAnsi="Times New Roman" w:cs="Times New Roman"/>
          <w:sz w:val="24"/>
          <w:szCs w:val="24"/>
        </w:rPr>
        <w:t>The graphic abstract may include conceptual frameworks, process diagrams, flowcharts, or other visual representations relevant to the study. The use of minimal text is recommended, with emphasis on visual clarity.</w:t>
      </w:r>
    </w:p>
    <w:p w14:paraId="130BBF6D" w14:textId="77777777" w:rsidR="00960ECC" w:rsidRPr="00960ECC" w:rsidRDefault="00960ECC" w:rsidP="00960ECC">
      <w:pPr>
        <w:jc w:val="both"/>
        <w:rPr>
          <w:rFonts w:ascii="Times New Roman" w:hAnsi="Times New Roman" w:cs="Times New Roman"/>
          <w:sz w:val="24"/>
          <w:szCs w:val="24"/>
        </w:rPr>
      </w:pPr>
      <w:r w:rsidRPr="00960ECC">
        <w:rPr>
          <w:rFonts w:ascii="Times New Roman" w:hAnsi="Times New Roman" w:cs="Times New Roman"/>
          <w:sz w:val="24"/>
          <w:szCs w:val="24"/>
        </w:rPr>
        <w:t>Formatting Guidelines:</w:t>
      </w:r>
    </w:p>
    <w:p w14:paraId="44BB6B2D" w14:textId="77777777" w:rsidR="00960ECC" w:rsidRPr="00960ECC" w:rsidRDefault="00960ECC" w:rsidP="00960ECC">
      <w:pPr>
        <w:pStyle w:val="ListeParagraf"/>
        <w:numPr>
          <w:ilvl w:val="0"/>
          <w:numId w:val="19"/>
        </w:numPr>
        <w:jc w:val="both"/>
        <w:rPr>
          <w:rFonts w:ascii="Times New Roman" w:hAnsi="Times New Roman" w:cs="Times New Roman"/>
          <w:sz w:val="24"/>
          <w:szCs w:val="24"/>
        </w:rPr>
      </w:pPr>
      <w:r w:rsidRPr="00960ECC">
        <w:rPr>
          <w:rFonts w:ascii="Times New Roman" w:hAnsi="Times New Roman" w:cs="Times New Roman"/>
          <w:sz w:val="24"/>
          <w:szCs w:val="24"/>
        </w:rPr>
        <w:t>Single visual only</w:t>
      </w:r>
    </w:p>
    <w:p w14:paraId="650B6820" w14:textId="77777777" w:rsidR="00960ECC" w:rsidRPr="00960ECC" w:rsidRDefault="00960ECC" w:rsidP="00960ECC">
      <w:pPr>
        <w:pStyle w:val="ListeParagraf"/>
        <w:numPr>
          <w:ilvl w:val="0"/>
          <w:numId w:val="19"/>
        </w:numPr>
        <w:jc w:val="both"/>
        <w:rPr>
          <w:rFonts w:ascii="Times New Roman" w:hAnsi="Times New Roman" w:cs="Times New Roman"/>
          <w:sz w:val="24"/>
          <w:szCs w:val="24"/>
        </w:rPr>
      </w:pPr>
      <w:r w:rsidRPr="00960ECC">
        <w:rPr>
          <w:rFonts w:ascii="Times New Roman" w:hAnsi="Times New Roman" w:cs="Times New Roman"/>
          <w:sz w:val="24"/>
          <w:szCs w:val="24"/>
        </w:rPr>
        <w:t>Preferred file formats: JPG, PNG, or PDF</w:t>
      </w:r>
    </w:p>
    <w:p w14:paraId="01A6781C" w14:textId="77777777" w:rsidR="00960ECC" w:rsidRPr="00960ECC" w:rsidRDefault="00960ECC" w:rsidP="00960ECC">
      <w:pPr>
        <w:pStyle w:val="ListeParagraf"/>
        <w:numPr>
          <w:ilvl w:val="0"/>
          <w:numId w:val="19"/>
        </w:numPr>
        <w:jc w:val="both"/>
        <w:rPr>
          <w:rFonts w:ascii="Times New Roman" w:hAnsi="Times New Roman" w:cs="Times New Roman"/>
          <w:sz w:val="24"/>
          <w:szCs w:val="24"/>
        </w:rPr>
      </w:pPr>
      <w:r w:rsidRPr="00960ECC">
        <w:rPr>
          <w:rFonts w:ascii="Times New Roman" w:hAnsi="Times New Roman" w:cs="Times New Roman"/>
          <w:sz w:val="24"/>
          <w:szCs w:val="24"/>
        </w:rPr>
        <w:t>Minimal text: visuals should be self-explanatory</w:t>
      </w:r>
    </w:p>
    <w:p w14:paraId="6A5A6D89" w14:textId="77777777" w:rsidR="00960ECC" w:rsidRPr="00960ECC" w:rsidRDefault="00960ECC" w:rsidP="00960ECC">
      <w:pPr>
        <w:pStyle w:val="ListeParagraf"/>
        <w:numPr>
          <w:ilvl w:val="0"/>
          <w:numId w:val="19"/>
        </w:numPr>
        <w:jc w:val="both"/>
        <w:rPr>
          <w:rFonts w:ascii="Times New Roman" w:hAnsi="Times New Roman" w:cs="Times New Roman"/>
          <w:sz w:val="24"/>
          <w:szCs w:val="24"/>
        </w:rPr>
      </w:pPr>
      <w:r w:rsidRPr="00960ECC">
        <w:rPr>
          <w:rFonts w:ascii="Times New Roman" w:hAnsi="Times New Roman" w:cs="Times New Roman"/>
          <w:sz w:val="24"/>
          <w:szCs w:val="24"/>
        </w:rPr>
        <w:t>Suitable for digital display</w:t>
      </w:r>
    </w:p>
    <w:p w14:paraId="2A2916C9" w14:textId="77777777" w:rsidR="00960ECC" w:rsidRPr="00960ECC" w:rsidRDefault="00960ECC" w:rsidP="00960ECC">
      <w:pPr>
        <w:jc w:val="both"/>
        <w:rPr>
          <w:rFonts w:ascii="Times New Roman" w:hAnsi="Times New Roman" w:cs="Times New Roman"/>
          <w:sz w:val="24"/>
          <w:szCs w:val="24"/>
        </w:rPr>
      </w:pPr>
      <w:r w:rsidRPr="00960ECC">
        <w:rPr>
          <w:rFonts w:ascii="Times New Roman" w:hAnsi="Times New Roman" w:cs="Times New Roman"/>
          <w:sz w:val="24"/>
          <w:szCs w:val="24"/>
        </w:rPr>
        <w:t>Example Graphic Abstract:</w:t>
      </w:r>
    </w:p>
    <w:p w14:paraId="055BDF2F" w14:textId="77777777" w:rsidR="00960ECC" w:rsidRPr="00960ECC" w:rsidRDefault="00960ECC" w:rsidP="00960ECC">
      <w:pPr>
        <w:jc w:val="both"/>
        <w:rPr>
          <w:rFonts w:ascii="Times New Roman" w:hAnsi="Times New Roman" w:cs="Times New Roman"/>
          <w:sz w:val="24"/>
          <w:szCs w:val="24"/>
        </w:rPr>
      </w:pPr>
      <w:r w:rsidRPr="00960ECC">
        <w:rPr>
          <w:rFonts w:ascii="Times New Roman" w:hAnsi="Times New Roman" w:cs="Times New Roman"/>
          <w:i/>
          <w:iCs/>
          <w:sz w:val="24"/>
          <w:szCs w:val="24"/>
        </w:rPr>
        <w:t>(For illustration purposes only)</w:t>
      </w:r>
    </w:p>
    <w:p w14:paraId="308DD076" w14:textId="77777777" w:rsidR="00960ECC" w:rsidRPr="00960ECC" w:rsidRDefault="00960ECC" w:rsidP="00960ECC">
      <w:pPr>
        <w:jc w:val="both"/>
        <w:rPr>
          <w:rFonts w:ascii="Times New Roman" w:hAnsi="Times New Roman" w:cs="Times New Roman"/>
          <w:sz w:val="24"/>
          <w:szCs w:val="24"/>
        </w:rPr>
      </w:pPr>
      <w:r w:rsidRPr="00960ECC">
        <w:rPr>
          <w:rFonts w:ascii="Times New Roman" w:hAnsi="Times New Roman" w:cs="Times New Roman"/>
          <w:sz w:val="24"/>
          <w:szCs w:val="24"/>
        </w:rPr>
        <w:t>The following example is provided to illustrate the expected format and level of detail for a graphic abstract.</w:t>
      </w:r>
    </w:p>
    <w:p w14:paraId="4B831629" w14:textId="77777777" w:rsidR="00960ECC" w:rsidRPr="00960ECC" w:rsidRDefault="00960ECC" w:rsidP="00960ECC">
      <w:pPr>
        <w:jc w:val="both"/>
        <w:rPr>
          <w:rFonts w:ascii="Times New Roman" w:hAnsi="Times New Roman" w:cs="Times New Roman"/>
          <w:sz w:val="24"/>
          <w:szCs w:val="24"/>
        </w:rPr>
      </w:pPr>
      <w:r w:rsidRPr="00960ECC">
        <w:rPr>
          <w:rFonts w:ascii="Times New Roman" w:hAnsi="Times New Roman" w:cs="Times New Roman"/>
          <w:sz w:val="24"/>
          <w:szCs w:val="24"/>
        </w:rPr>
        <w:t>Authors must replace this example with their own original graphic abstract.</w:t>
      </w:r>
    </w:p>
    <w:p w14:paraId="7EF5EDD2" w14:textId="77777777" w:rsidR="00960ECC" w:rsidRPr="00960ECC" w:rsidRDefault="00960ECC" w:rsidP="00960ECC">
      <w:pPr>
        <w:jc w:val="both"/>
        <w:rPr>
          <w:rFonts w:ascii="Times New Roman" w:hAnsi="Times New Roman" w:cs="Times New Roman"/>
          <w:i/>
          <w:iCs/>
          <w:sz w:val="24"/>
          <w:szCs w:val="24"/>
        </w:rPr>
      </w:pPr>
      <w:r w:rsidRPr="00960ECC">
        <w:rPr>
          <w:rFonts w:ascii="Times New Roman" w:hAnsi="Times New Roman" w:cs="Times New Roman"/>
          <w:i/>
          <w:iCs/>
          <w:noProof/>
          <w:sz w:val="24"/>
          <w:szCs w:val="24"/>
        </w:rPr>
        <w:drawing>
          <wp:inline distT="0" distB="0" distL="0" distR="0" wp14:anchorId="0D1292CC" wp14:editId="1C9647A5">
            <wp:extent cx="5486400" cy="2947670"/>
            <wp:effectExtent l="0" t="0" r="0" b="5080"/>
            <wp:docPr id="1406239942" name="Resim 1" descr="metin, ekran görüntüsü, yazı tipi, sayı, numara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239942" name="Resim 1" descr="metin, ekran görüntüsü, yazı tipi, sayı, numara içeren bir resim&#10;&#10;Yapay zeka tarafından oluşturulmuş içerik yanlış olabilir."/>
                    <pic:cNvPicPr/>
                  </pic:nvPicPr>
                  <pic:blipFill>
                    <a:blip r:embed="rId8"/>
                    <a:stretch>
                      <a:fillRect/>
                    </a:stretch>
                  </pic:blipFill>
                  <pic:spPr>
                    <a:xfrm>
                      <a:off x="0" y="0"/>
                      <a:ext cx="5486400" cy="2947670"/>
                    </a:xfrm>
                    <a:prstGeom prst="rect">
                      <a:avLst/>
                    </a:prstGeom>
                  </pic:spPr>
                </pic:pic>
              </a:graphicData>
            </a:graphic>
          </wp:inline>
        </w:drawing>
      </w:r>
    </w:p>
    <w:p w14:paraId="3BB183B5" w14:textId="77777777" w:rsidR="00960ECC" w:rsidRPr="00960ECC" w:rsidRDefault="00960ECC" w:rsidP="00960ECC">
      <w:pPr>
        <w:jc w:val="both"/>
        <w:rPr>
          <w:rFonts w:ascii="Times New Roman" w:hAnsi="Times New Roman" w:cs="Times New Roman"/>
          <w:i/>
          <w:iCs/>
          <w:sz w:val="24"/>
          <w:szCs w:val="24"/>
        </w:rPr>
      </w:pPr>
      <w:hyperlink r:id="rId9" w:tgtFrame="_blank" w:history="1">
        <w:r w:rsidRPr="00960ECC">
          <w:rPr>
            <w:rStyle w:val="Kpr"/>
            <w:rFonts w:ascii="Times New Roman" w:hAnsi="Times New Roman" w:cs="Times New Roman"/>
            <w:i/>
            <w:iCs/>
            <w:sz w:val="24"/>
            <w:szCs w:val="24"/>
          </w:rPr>
          <w:t>Incidence of ESKD Among Native Hawaiians and Pacific Islanders Living in the 50 US States and Pacific Island Territories</w:t>
        </w:r>
      </w:hyperlink>
    </w:p>
    <w:p w14:paraId="6E917887" w14:textId="1652C40A" w:rsidR="00960ECC" w:rsidRPr="00960ECC" w:rsidRDefault="00960ECC" w:rsidP="00960ECC">
      <w:pPr>
        <w:jc w:val="both"/>
        <w:rPr>
          <w:rFonts w:ascii="Times New Roman" w:hAnsi="Times New Roman" w:cs="Times New Roman"/>
          <w:sz w:val="24"/>
          <w:szCs w:val="24"/>
        </w:rPr>
      </w:pPr>
      <w:r w:rsidRPr="00960ECC">
        <w:rPr>
          <w:rFonts w:ascii="Times New Roman" w:hAnsi="Times New Roman" w:cs="Times New Roman"/>
          <w:i/>
          <w:iCs/>
          <w:sz w:val="24"/>
          <w:szCs w:val="24"/>
        </w:rPr>
        <w:t>Example adapted from graphical abstract guidelines and samples provided by Elsevier Author Tools &amp; Resources.</w:t>
      </w:r>
    </w:p>
    <w:p w14:paraId="56873E24" w14:textId="4B31F41A" w:rsidR="00192292" w:rsidRPr="00960ECC" w:rsidRDefault="00F64102" w:rsidP="0080123A">
      <w:pPr>
        <w:jc w:val="both"/>
        <w:rPr>
          <w:rFonts w:ascii="Times New Roman" w:hAnsi="Times New Roman" w:cs="Times New Roman"/>
          <w:b/>
          <w:bCs/>
          <w:sz w:val="24"/>
          <w:szCs w:val="24"/>
        </w:rPr>
      </w:pPr>
      <w:r w:rsidRPr="00960ECC">
        <w:rPr>
          <w:rFonts w:ascii="Times New Roman" w:hAnsi="Times New Roman" w:cs="Times New Roman"/>
          <w:b/>
          <w:bCs/>
          <w:sz w:val="24"/>
          <w:szCs w:val="24"/>
        </w:rPr>
        <w:lastRenderedPageBreak/>
        <w:t>Introduction</w:t>
      </w:r>
    </w:p>
    <w:p w14:paraId="6A2BCC99" w14:textId="77777777" w:rsidR="002108EB" w:rsidRPr="00960ECC" w:rsidRDefault="002108EB" w:rsidP="0080123A">
      <w:pPr>
        <w:jc w:val="both"/>
        <w:rPr>
          <w:rFonts w:ascii="Times New Roman" w:hAnsi="Times New Roman" w:cs="Times New Roman"/>
          <w:b/>
          <w:bCs/>
          <w:iCs/>
          <w:sz w:val="24"/>
          <w:szCs w:val="24"/>
        </w:rPr>
      </w:pPr>
      <w:r w:rsidRPr="00960ECC">
        <w:rPr>
          <w:rFonts w:ascii="Times New Roman" w:hAnsi="Times New Roman" w:cs="Times New Roman"/>
          <w:iCs/>
          <w:sz w:val="24"/>
          <w:szCs w:val="24"/>
        </w:rPr>
        <w:t>This section introduces the study in detail and establishes its academic relevance. It should include:</w:t>
      </w:r>
    </w:p>
    <w:p w14:paraId="2D5504FE" w14:textId="77777777" w:rsidR="002108EB" w:rsidRPr="00960ECC" w:rsidRDefault="002108EB" w:rsidP="0080123A">
      <w:pPr>
        <w:pStyle w:val="ListeParagraf"/>
        <w:numPr>
          <w:ilvl w:val="0"/>
          <w:numId w:val="21"/>
        </w:numPr>
        <w:jc w:val="both"/>
        <w:rPr>
          <w:rFonts w:ascii="Times New Roman" w:hAnsi="Times New Roman" w:cs="Times New Roman"/>
          <w:b/>
          <w:bCs/>
          <w:iCs/>
          <w:sz w:val="24"/>
          <w:szCs w:val="24"/>
        </w:rPr>
      </w:pPr>
      <w:r w:rsidRPr="00960ECC">
        <w:rPr>
          <w:rFonts w:ascii="Times New Roman" w:hAnsi="Times New Roman" w:cs="Times New Roman"/>
          <w:iCs/>
          <w:sz w:val="24"/>
          <w:szCs w:val="24"/>
        </w:rPr>
        <w:t>A clear description of the research problem or gap</w:t>
      </w:r>
    </w:p>
    <w:p w14:paraId="31AD3DF8" w14:textId="77777777" w:rsidR="002108EB" w:rsidRPr="00960ECC" w:rsidRDefault="002108EB" w:rsidP="0080123A">
      <w:pPr>
        <w:pStyle w:val="ListeParagraf"/>
        <w:numPr>
          <w:ilvl w:val="0"/>
          <w:numId w:val="21"/>
        </w:numPr>
        <w:jc w:val="both"/>
        <w:rPr>
          <w:rFonts w:ascii="Times New Roman" w:hAnsi="Times New Roman" w:cs="Times New Roman"/>
          <w:b/>
          <w:bCs/>
          <w:iCs/>
          <w:sz w:val="24"/>
          <w:szCs w:val="24"/>
        </w:rPr>
      </w:pPr>
      <w:r w:rsidRPr="00960ECC">
        <w:rPr>
          <w:rFonts w:ascii="Times New Roman" w:hAnsi="Times New Roman" w:cs="Times New Roman"/>
          <w:iCs/>
          <w:sz w:val="24"/>
          <w:szCs w:val="24"/>
        </w:rPr>
        <w:t>The motivation and significance of the study</w:t>
      </w:r>
    </w:p>
    <w:p w14:paraId="5E2F27B0" w14:textId="77777777" w:rsidR="002108EB" w:rsidRPr="00960ECC" w:rsidRDefault="002108EB" w:rsidP="0080123A">
      <w:pPr>
        <w:pStyle w:val="ListeParagraf"/>
        <w:numPr>
          <w:ilvl w:val="0"/>
          <w:numId w:val="21"/>
        </w:numPr>
        <w:jc w:val="both"/>
        <w:rPr>
          <w:rFonts w:ascii="Times New Roman" w:hAnsi="Times New Roman" w:cs="Times New Roman"/>
          <w:b/>
          <w:bCs/>
          <w:iCs/>
          <w:sz w:val="24"/>
          <w:szCs w:val="24"/>
        </w:rPr>
      </w:pPr>
      <w:r w:rsidRPr="00960ECC">
        <w:rPr>
          <w:rFonts w:ascii="Times New Roman" w:hAnsi="Times New Roman" w:cs="Times New Roman"/>
          <w:iCs/>
          <w:sz w:val="24"/>
          <w:szCs w:val="24"/>
        </w:rPr>
        <w:t>The broader context of Sustainability and AI (or related theoretical frameworks)</w:t>
      </w:r>
    </w:p>
    <w:p w14:paraId="5212678C" w14:textId="77777777" w:rsidR="002108EB" w:rsidRPr="00960ECC" w:rsidRDefault="002108EB" w:rsidP="0080123A">
      <w:pPr>
        <w:pStyle w:val="ListeParagraf"/>
        <w:numPr>
          <w:ilvl w:val="0"/>
          <w:numId w:val="21"/>
        </w:numPr>
        <w:jc w:val="both"/>
        <w:rPr>
          <w:rFonts w:ascii="Times New Roman" w:hAnsi="Times New Roman" w:cs="Times New Roman"/>
          <w:b/>
          <w:bCs/>
          <w:iCs/>
          <w:sz w:val="24"/>
          <w:szCs w:val="24"/>
        </w:rPr>
      </w:pPr>
      <w:r w:rsidRPr="00960ECC">
        <w:rPr>
          <w:rFonts w:ascii="Times New Roman" w:hAnsi="Times New Roman" w:cs="Times New Roman"/>
          <w:iCs/>
          <w:sz w:val="24"/>
          <w:szCs w:val="24"/>
        </w:rPr>
        <w:t>A brief review of key literature relevant to the topic</w:t>
      </w:r>
    </w:p>
    <w:p w14:paraId="5D412B93" w14:textId="3CFCB12C" w:rsidR="001F5598" w:rsidRPr="00960ECC" w:rsidRDefault="002108EB" w:rsidP="0080123A">
      <w:pPr>
        <w:jc w:val="both"/>
        <w:rPr>
          <w:rFonts w:ascii="Times New Roman" w:hAnsi="Times New Roman" w:cs="Times New Roman"/>
          <w:b/>
          <w:bCs/>
          <w:iCs/>
          <w:sz w:val="24"/>
          <w:szCs w:val="24"/>
        </w:rPr>
      </w:pPr>
      <w:r w:rsidRPr="00960ECC">
        <w:rPr>
          <w:rFonts w:ascii="Times New Roman" w:hAnsi="Times New Roman" w:cs="Times New Roman"/>
          <w:iCs/>
          <w:sz w:val="24"/>
          <w:szCs w:val="24"/>
        </w:rPr>
        <w:t>Research questions, hypotheses, or study objectives should be explicitly stated at the end of this section.</w:t>
      </w:r>
    </w:p>
    <w:p w14:paraId="3DC2BF62" w14:textId="227E2AEB" w:rsidR="00F64102" w:rsidRPr="00960ECC" w:rsidRDefault="00F64102" w:rsidP="0080123A">
      <w:pPr>
        <w:jc w:val="both"/>
        <w:rPr>
          <w:rFonts w:ascii="Times New Roman" w:hAnsi="Times New Roman" w:cs="Times New Roman"/>
          <w:b/>
          <w:bCs/>
          <w:sz w:val="24"/>
          <w:szCs w:val="24"/>
        </w:rPr>
      </w:pPr>
      <w:r w:rsidRPr="00960ECC">
        <w:rPr>
          <w:rFonts w:ascii="Times New Roman" w:hAnsi="Times New Roman" w:cs="Times New Roman"/>
          <w:b/>
          <w:bCs/>
          <w:sz w:val="24"/>
          <w:szCs w:val="24"/>
        </w:rPr>
        <w:t>Literature Review</w:t>
      </w:r>
    </w:p>
    <w:p w14:paraId="68D6A4DF" w14:textId="77777777" w:rsidR="00B16BD2" w:rsidRPr="00960ECC" w:rsidRDefault="00B16BD2" w:rsidP="0080123A">
      <w:pPr>
        <w:jc w:val="both"/>
        <w:rPr>
          <w:rFonts w:ascii="Times New Roman" w:hAnsi="Times New Roman" w:cs="Times New Roman"/>
          <w:sz w:val="24"/>
          <w:szCs w:val="24"/>
        </w:rPr>
      </w:pPr>
      <w:r w:rsidRPr="00960ECC">
        <w:rPr>
          <w:rFonts w:ascii="Times New Roman" w:hAnsi="Times New Roman" w:cs="Times New Roman"/>
          <w:sz w:val="24"/>
          <w:szCs w:val="24"/>
        </w:rPr>
        <w:t>This section provides a critical and structured review of the existing literature relevant to the research topic. The purpose of the literature review is not only to summarize prior studies, but also to position the current research within the existing body of knowledge. The literature review should include:</w:t>
      </w:r>
    </w:p>
    <w:p w14:paraId="0D7FE598" w14:textId="77777777" w:rsidR="00B16BD2" w:rsidRPr="00960ECC" w:rsidRDefault="00B16BD2" w:rsidP="0080123A">
      <w:pPr>
        <w:pStyle w:val="ListeParagraf"/>
        <w:numPr>
          <w:ilvl w:val="0"/>
          <w:numId w:val="22"/>
        </w:numPr>
        <w:jc w:val="both"/>
        <w:rPr>
          <w:rFonts w:ascii="Times New Roman" w:hAnsi="Times New Roman" w:cs="Times New Roman"/>
          <w:sz w:val="24"/>
          <w:szCs w:val="24"/>
        </w:rPr>
      </w:pPr>
      <w:r w:rsidRPr="00960ECC">
        <w:rPr>
          <w:rFonts w:ascii="Times New Roman" w:hAnsi="Times New Roman" w:cs="Times New Roman"/>
          <w:sz w:val="24"/>
          <w:szCs w:val="24"/>
        </w:rPr>
        <w:t>An overview of key theoretical frameworks, concepts, and models related to the study</w:t>
      </w:r>
    </w:p>
    <w:p w14:paraId="7E97B5E2" w14:textId="77777777" w:rsidR="00B16BD2" w:rsidRPr="00960ECC" w:rsidRDefault="00B16BD2" w:rsidP="0080123A">
      <w:pPr>
        <w:pStyle w:val="ListeParagraf"/>
        <w:numPr>
          <w:ilvl w:val="0"/>
          <w:numId w:val="22"/>
        </w:numPr>
        <w:jc w:val="both"/>
        <w:rPr>
          <w:rFonts w:ascii="Times New Roman" w:hAnsi="Times New Roman" w:cs="Times New Roman"/>
          <w:sz w:val="24"/>
          <w:szCs w:val="24"/>
        </w:rPr>
      </w:pPr>
      <w:r w:rsidRPr="00960ECC">
        <w:rPr>
          <w:rFonts w:ascii="Times New Roman" w:hAnsi="Times New Roman" w:cs="Times New Roman"/>
          <w:sz w:val="24"/>
          <w:szCs w:val="24"/>
        </w:rPr>
        <w:t>A synthesis of relevant empirical studies, highlighting major findings and methodological approaches</w:t>
      </w:r>
    </w:p>
    <w:p w14:paraId="1D298BC0" w14:textId="1EC42E90" w:rsidR="00B16BD2" w:rsidRPr="00960ECC" w:rsidRDefault="00B16BD2" w:rsidP="0080123A">
      <w:pPr>
        <w:pStyle w:val="ListeParagraf"/>
        <w:numPr>
          <w:ilvl w:val="0"/>
          <w:numId w:val="22"/>
        </w:numPr>
        <w:jc w:val="both"/>
        <w:rPr>
          <w:rFonts w:ascii="Times New Roman" w:hAnsi="Times New Roman" w:cs="Times New Roman"/>
          <w:sz w:val="24"/>
          <w:szCs w:val="24"/>
        </w:rPr>
      </w:pPr>
      <w:r w:rsidRPr="00960ECC">
        <w:rPr>
          <w:rFonts w:ascii="Times New Roman" w:hAnsi="Times New Roman" w:cs="Times New Roman"/>
          <w:sz w:val="24"/>
          <w:szCs w:val="24"/>
        </w:rPr>
        <w:t xml:space="preserve">Identification of gaps, inconsistencies, or limitations in </w:t>
      </w:r>
      <w:r w:rsidR="0080123A" w:rsidRPr="00960ECC">
        <w:rPr>
          <w:rFonts w:ascii="Times New Roman" w:hAnsi="Times New Roman" w:cs="Times New Roman"/>
          <w:sz w:val="24"/>
          <w:szCs w:val="24"/>
        </w:rPr>
        <w:t>existing</w:t>
      </w:r>
      <w:r w:rsidRPr="00960ECC">
        <w:rPr>
          <w:rFonts w:ascii="Times New Roman" w:hAnsi="Times New Roman" w:cs="Times New Roman"/>
          <w:sz w:val="24"/>
          <w:szCs w:val="24"/>
        </w:rPr>
        <w:t xml:space="preserve"> literature</w:t>
      </w:r>
    </w:p>
    <w:p w14:paraId="5DE306E9" w14:textId="77777777" w:rsidR="00B16BD2" w:rsidRPr="00960ECC" w:rsidRDefault="00B16BD2" w:rsidP="0080123A">
      <w:pPr>
        <w:pStyle w:val="ListeParagraf"/>
        <w:numPr>
          <w:ilvl w:val="0"/>
          <w:numId w:val="22"/>
        </w:numPr>
        <w:jc w:val="both"/>
        <w:rPr>
          <w:rFonts w:ascii="Times New Roman" w:hAnsi="Times New Roman" w:cs="Times New Roman"/>
          <w:sz w:val="24"/>
          <w:szCs w:val="24"/>
        </w:rPr>
      </w:pPr>
      <w:r w:rsidRPr="00960ECC">
        <w:rPr>
          <w:rFonts w:ascii="Times New Roman" w:hAnsi="Times New Roman" w:cs="Times New Roman"/>
          <w:sz w:val="24"/>
          <w:szCs w:val="24"/>
        </w:rPr>
        <w:t>A clear justification of how the present study contributes to or extends previous research</w:t>
      </w:r>
    </w:p>
    <w:p w14:paraId="061F1FA3" w14:textId="40F26200" w:rsidR="00F64102" w:rsidRPr="00960ECC" w:rsidRDefault="00B16BD2" w:rsidP="0080123A">
      <w:pPr>
        <w:jc w:val="both"/>
        <w:rPr>
          <w:rFonts w:ascii="Times New Roman" w:hAnsi="Times New Roman" w:cs="Times New Roman"/>
          <w:sz w:val="24"/>
          <w:szCs w:val="24"/>
        </w:rPr>
      </w:pPr>
      <w:r w:rsidRPr="00960ECC">
        <w:rPr>
          <w:rFonts w:ascii="Times New Roman" w:hAnsi="Times New Roman" w:cs="Times New Roman"/>
          <w:sz w:val="24"/>
          <w:szCs w:val="24"/>
        </w:rPr>
        <w:t>The literature review should demonstrate the author’s familiarity with the academic field and establish a strong foundation for the research questions, hypotheses, or objectives presented in the study.</w:t>
      </w:r>
    </w:p>
    <w:p w14:paraId="30AF8068" w14:textId="77777777" w:rsidR="00192292" w:rsidRPr="00960ECC" w:rsidRDefault="00651366" w:rsidP="0080123A">
      <w:pPr>
        <w:jc w:val="both"/>
        <w:rPr>
          <w:rFonts w:ascii="Times New Roman" w:hAnsi="Times New Roman" w:cs="Times New Roman"/>
          <w:b/>
          <w:bCs/>
          <w:sz w:val="24"/>
          <w:szCs w:val="24"/>
        </w:rPr>
      </w:pPr>
      <w:r w:rsidRPr="00960ECC">
        <w:rPr>
          <w:rFonts w:ascii="Times New Roman" w:hAnsi="Times New Roman" w:cs="Times New Roman"/>
          <w:b/>
          <w:bCs/>
          <w:sz w:val="24"/>
          <w:szCs w:val="24"/>
        </w:rPr>
        <w:t>Method(s)</w:t>
      </w:r>
    </w:p>
    <w:p w14:paraId="7B008FFF" w14:textId="77777777" w:rsidR="002108EB" w:rsidRPr="00960ECC" w:rsidRDefault="002108EB" w:rsidP="0080123A">
      <w:pPr>
        <w:jc w:val="both"/>
        <w:rPr>
          <w:rFonts w:ascii="Times New Roman" w:hAnsi="Times New Roman" w:cs="Times New Roman"/>
          <w:b/>
          <w:bCs/>
          <w:iCs/>
          <w:sz w:val="24"/>
          <w:szCs w:val="24"/>
        </w:rPr>
      </w:pPr>
      <w:r w:rsidRPr="00960ECC">
        <w:rPr>
          <w:rFonts w:ascii="Times New Roman" w:hAnsi="Times New Roman" w:cs="Times New Roman"/>
          <w:iCs/>
          <w:sz w:val="24"/>
          <w:szCs w:val="24"/>
        </w:rPr>
        <w:t>This section describes how the research was conducted. Authors should clearly explain the methodological approach used in the study. Where appropriate, the section may be structured using subheadings such as:</w:t>
      </w:r>
    </w:p>
    <w:p w14:paraId="5FA11E13" w14:textId="74F43BC7" w:rsidR="002108EB" w:rsidRPr="00960ECC" w:rsidRDefault="002108EB" w:rsidP="0080123A">
      <w:pPr>
        <w:pStyle w:val="ListeParagraf"/>
        <w:numPr>
          <w:ilvl w:val="0"/>
          <w:numId w:val="23"/>
        </w:numPr>
        <w:jc w:val="both"/>
        <w:rPr>
          <w:rFonts w:ascii="Times New Roman" w:hAnsi="Times New Roman" w:cs="Times New Roman"/>
          <w:b/>
          <w:bCs/>
          <w:iCs/>
          <w:sz w:val="24"/>
          <w:szCs w:val="24"/>
        </w:rPr>
      </w:pPr>
      <w:r w:rsidRPr="00960ECC">
        <w:rPr>
          <w:rFonts w:ascii="Times New Roman" w:hAnsi="Times New Roman" w:cs="Times New Roman"/>
          <w:iCs/>
          <w:sz w:val="24"/>
          <w:szCs w:val="24"/>
        </w:rPr>
        <w:t xml:space="preserve">Research design (qualitative, quantitative, </w:t>
      </w:r>
      <w:r w:rsidR="00F12439" w:rsidRPr="00960ECC">
        <w:rPr>
          <w:rFonts w:ascii="Times New Roman" w:hAnsi="Times New Roman" w:cs="Times New Roman"/>
          <w:iCs/>
          <w:sz w:val="24"/>
          <w:szCs w:val="24"/>
        </w:rPr>
        <w:t>mixed methods</w:t>
      </w:r>
      <w:r w:rsidRPr="00960ECC">
        <w:rPr>
          <w:rFonts w:ascii="Times New Roman" w:hAnsi="Times New Roman" w:cs="Times New Roman"/>
          <w:iCs/>
          <w:sz w:val="24"/>
          <w:szCs w:val="24"/>
        </w:rPr>
        <w:t>, etc.)</w:t>
      </w:r>
    </w:p>
    <w:p w14:paraId="53BACD35" w14:textId="77777777" w:rsidR="00ED1B81" w:rsidRPr="00960ECC" w:rsidRDefault="00F64102" w:rsidP="0080123A">
      <w:pPr>
        <w:pStyle w:val="ListeParagraf"/>
        <w:numPr>
          <w:ilvl w:val="0"/>
          <w:numId w:val="23"/>
        </w:numPr>
        <w:jc w:val="both"/>
        <w:rPr>
          <w:rFonts w:ascii="Times New Roman" w:hAnsi="Times New Roman" w:cs="Times New Roman"/>
          <w:iCs/>
          <w:sz w:val="24"/>
          <w:szCs w:val="24"/>
        </w:rPr>
      </w:pPr>
      <w:r w:rsidRPr="00960ECC">
        <w:rPr>
          <w:rFonts w:ascii="Times New Roman" w:hAnsi="Times New Roman" w:cs="Times New Roman"/>
          <w:iCs/>
          <w:sz w:val="24"/>
          <w:szCs w:val="24"/>
        </w:rPr>
        <w:t>Flow chart</w:t>
      </w:r>
    </w:p>
    <w:p w14:paraId="2400BDAD" w14:textId="77777777" w:rsidR="00ED1B81" w:rsidRPr="00960ECC" w:rsidRDefault="00F64102" w:rsidP="0080123A">
      <w:pPr>
        <w:pStyle w:val="ListeParagraf"/>
        <w:numPr>
          <w:ilvl w:val="0"/>
          <w:numId w:val="23"/>
        </w:numPr>
        <w:jc w:val="both"/>
        <w:rPr>
          <w:rFonts w:ascii="Times New Roman" w:hAnsi="Times New Roman" w:cs="Times New Roman"/>
          <w:iCs/>
          <w:sz w:val="24"/>
          <w:szCs w:val="24"/>
        </w:rPr>
      </w:pPr>
      <w:r w:rsidRPr="00960ECC">
        <w:rPr>
          <w:rFonts w:ascii="Times New Roman" w:hAnsi="Times New Roman" w:cs="Times New Roman"/>
          <w:iCs/>
          <w:sz w:val="24"/>
          <w:szCs w:val="24"/>
        </w:rPr>
        <w:t>Data collection procedures and instruments</w:t>
      </w:r>
    </w:p>
    <w:p w14:paraId="3933BBA2" w14:textId="77777777" w:rsidR="00ED1B81" w:rsidRPr="00960ECC" w:rsidRDefault="00F64102" w:rsidP="0080123A">
      <w:pPr>
        <w:pStyle w:val="ListeParagraf"/>
        <w:numPr>
          <w:ilvl w:val="0"/>
          <w:numId w:val="23"/>
        </w:numPr>
        <w:jc w:val="both"/>
        <w:rPr>
          <w:rFonts w:ascii="Times New Roman" w:hAnsi="Times New Roman" w:cs="Times New Roman"/>
          <w:iCs/>
          <w:sz w:val="24"/>
          <w:szCs w:val="24"/>
        </w:rPr>
      </w:pPr>
      <w:r w:rsidRPr="00960ECC">
        <w:rPr>
          <w:rFonts w:ascii="Times New Roman" w:hAnsi="Times New Roman" w:cs="Times New Roman"/>
          <w:iCs/>
          <w:sz w:val="24"/>
          <w:szCs w:val="24"/>
        </w:rPr>
        <w:t>Data analysis techniques</w:t>
      </w:r>
    </w:p>
    <w:p w14:paraId="430BA33B" w14:textId="6BABCF11" w:rsidR="002108EB" w:rsidRPr="00960ECC" w:rsidRDefault="002108EB" w:rsidP="0080123A">
      <w:pPr>
        <w:pStyle w:val="ListeParagraf"/>
        <w:numPr>
          <w:ilvl w:val="0"/>
          <w:numId w:val="23"/>
        </w:numPr>
        <w:jc w:val="both"/>
        <w:rPr>
          <w:rFonts w:ascii="Times New Roman" w:hAnsi="Times New Roman" w:cs="Times New Roman"/>
          <w:iCs/>
          <w:sz w:val="24"/>
          <w:szCs w:val="24"/>
        </w:rPr>
      </w:pPr>
      <w:r w:rsidRPr="00960ECC">
        <w:rPr>
          <w:rFonts w:ascii="Times New Roman" w:hAnsi="Times New Roman" w:cs="Times New Roman"/>
          <w:iCs/>
          <w:sz w:val="24"/>
          <w:szCs w:val="24"/>
        </w:rPr>
        <w:t>Sample or data set</w:t>
      </w:r>
    </w:p>
    <w:p w14:paraId="4F1183B3" w14:textId="6507002E" w:rsidR="002108EB" w:rsidRPr="00960ECC" w:rsidRDefault="002108EB" w:rsidP="0080123A">
      <w:pPr>
        <w:jc w:val="both"/>
        <w:rPr>
          <w:rFonts w:ascii="Times New Roman" w:hAnsi="Times New Roman" w:cs="Times New Roman"/>
          <w:iCs/>
          <w:sz w:val="24"/>
          <w:szCs w:val="24"/>
        </w:rPr>
      </w:pPr>
      <w:r w:rsidRPr="00960ECC">
        <w:rPr>
          <w:rFonts w:ascii="Times New Roman" w:hAnsi="Times New Roman" w:cs="Times New Roman"/>
          <w:iCs/>
          <w:sz w:val="24"/>
          <w:szCs w:val="24"/>
        </w:rPr>
        <w:lastRenderedPageBreak/>
        <w:t>The description should be sufficiently detailed to allow readers to understand and evaluate the rigor of the study.</w:t>
      </w:r>
    </w:p>
    <w:p w14:paraId="6C0C3BC3" w14:textId="77777777" w:rsidR="00F12439" w:rsidRPr="00960ECC" w:rsidRDefault="00F12439" w:rsidP="0080123A">
      <w:pPr>
        <w:jc w:val="both"/>
        <w:rPr>
          <w:rFonts w:ascii="Times New Roman" w:hAnsi="Times New Roman" w:cs="Times New Roman"/>
          <w:b/>
          <w:bCs/>
          <w:sz w:val="24"/>
          <w:szCs w:val="24"/>
        </w:rPr>
      </w:pPr>
      <w:r w:rsidRPr="00960ECC">
        <w:rPr>
          <w:rFonts w:ascii="Times New Roman" w:hAnsi="Times New Roman" w:cs="Times New Roman"/>
          <w:b/>
          <w:bCs/>
          <w:sz w:val="24"/>
          <w:szCs w:val="24"/>
        </w:rPr>
        <w:t>Findings</w:t>
      </w:r>
    </w:p>
    <w:p w14:paraId="2C5DAA97" w14:textId="77777777" w:rsidR="00F12439" w:rsidRPr="00960ECC" w:rsidRDefault="00F12439" w:rsidP="0080123A">
      <w:pPr>
        <w:jc w:val="both"/>
        <w:rPr>
          <w:rFonts w:ascii="Times New Roman" w:hAnsi="Times New Roman" w:cs="Times New Roman"/>
          <w:b/>
          <w:bCs/>
          <w:iCs/>
          <w:sz w:val="24"/>
          <w:szCs w:val="24"/>
        </w:rPr>
      </w:pPr>
      <w:r w:rsidRPr="00960ECC">
        <w:rPr>
          <w:rFonts w:ascii="Times New Roman" w:hAnsi="Times New Roman" w:cs="Times New Roman"/>
          <w:iCs/>
          <w:sz w:val="24"/>
          <w:szCs w:val="24"/>
        </w:rPr>
        <w:t>This section presents the results of the study in a clear and logical manner. Findings should directly address the research questions and/or hypotheses.</w:t>
      </w:r>
    </w:p>
    <w:p w14:paraId="20663B59" w14:textId="77777777" w:rsidR="00F12439" w:rsidRPr="00960ECC" w:rsidRDefault="00F12439" w:rsidP="0080123A">
      <w:pPr>
        <w:pStyle w:val="ListeParagraf"/>
        <w:numPr>
          <w:ilvl w:val="0"/>
          <w:numId w:val="24"/>
        </w:numPr>
        <w:jc w:val="both"/>
        <w:rPr>
          <w:rFonts w:ascii="Times New Roman" w:hAnsi="Times New Roman" w:cs="Times New Roman"/>
          <w:b/>
          <w:bCs/>
          <w:iCs/>
          <w:sz w:val="24"/>
          <w:szCs w:val="24"/>
        </w:rPr>
      </w:pPr>
      <w:r w:rsidRPr="00960ECC">
        <w:rPr>
          <w:rFonts w:ascii="Times New Roman" w:hAnsi="Times New Roman" w:cs="Times New Roman"/>
          <w:iCs/>
          <w:sz w:val="24"/>
          <w:szCs w:val="24"/>
        </w:rPr>
        <w:t>Use tables and figures where appropriate</w:t>
      </w:r>
    </w:p>
    <w:p w14:paraId="0CFF8CAB" w14:textId="77777777" w:rsidR="00F12439" w:rsidRPr="00960ECC" w:rsidRDefault="00F12439" w:rsidP="0080123A">
      <w:pPr>
        <w:pStyle w:val="ListeParagraf"/>
        <w:numPr>
          <w:ilvl w:val="0"/>
          <w:numId w:val="24"/>
        </w:numPr>
        <w:jc w:val="both"/>
        <w:rPr>
          <w:rFonts w:ascii="Times New Roman" w:hAnsi="Times New Roman" w:cs="Times New Roman"/>
          <w:b/>
          <w:bCs/>
          <w:iCs/>
          <w:sz w:val="24"/>
          <w:szCs w:val="24"/>
        </w:rPr>
      </w:pPr>
      <w:r w:rsidRPr="00960ECC">
        <w:rPr>
          <w:rFonts w:ascii="Times New Roman" w:hAnsi="Times New Roman" w:cs="Times New Roman"/>
          <w:iCs/>
          <w:sz w:val="24"/>
          <w:szCs w:val="24"/>
        </w:rPr>
        <w:t>Ensure that all tables and figures follow APA 7th Edition formatting rules</w:t>
      </w:r>
    </w:p>
    <w:p w14:paraId="1DC8DA5E" w14:textId="4E456D64" w:rsidR="00BE4812" w:rsidRPr="00960ECC" w:rsidRDefault="00F12439" w:rsidP="0080123A">
      <w:pPr>
        <w:pStyle w:val="ListeParagraf"/>
        <w:numPr>
          <w:ilvl w:val="0"/>
          <w:numId w:val="24"/>
        </w:numPr>
        <w:jc w:val="both"/>
        <w:rPr>
          <w:rFonts w:ascii="Times New Roman" w:hAnsi="Times New Roman" w:cs="Times New Roman"/>
          <w:b/>
          <w:bCs/>
          <w:sz w:val="24"/>
          <w:szCs w:val="24"/>
        </w:rPr>
      </w:pPr>
      <w:r w:rsidRPr="00960ECC">
        <w:rPr>
          <w:rFonts w:ascii="Times New Roman" w:hAnsi="Times New Roman" w:cs="Times New Roman"/>
          <w:sz w:val="24"/>
          <w:szCs w:val="24"/>
        </w:rPr>
        <w:t>Avoid interpretation in this section; focus on reporting results</w:t>
      </w:r>
    </w:p>
    <w:p w14:paraId="73610B11" w14:textId="55D9C0DE" w:rsidR="00192292" w:rsidRPr="00960ECC" w:rsidRDefault="00651366" w:rsidP="0080123A">
      <w:pPr>
        <w:jc w:val="both"/>
        <w:rPr>
          <w:rFonts w:ascii="Times New Roman" w:hAnsi="Times New Roman" w:cs="Times New Roman"/>
          <w:b/>
          <w:bCs/>
          <w:sz w:val="24"/>
          <w:szCs w:val="24"/>
        </w:rPr>
      </w:pPr>
      <w:r w:rsidRPr="00960ECC">
        <w:rPr>
          <w:rFonts w:ascii="Times New Roman" w:hAnsi="Times New Roman" w:cs="Times New Roman"/>
          <w:b/>
          <w:bCs/>
          <w:sz w:val="24"/>
          <w:szCs w:val="24"/>
        </w:rPr>
        <w:t>Discussion</w:t>
      </w:r>
    </w:p>
    <w:p w14:paraId="09AE61DC" w14:textId="77777777" w:rsidR="002108EB" w:rsidRPr="00960ECC" w:rsidRDefault="002108EB" w:rsidP="0080123A">
      <w:pPr>
        <w:jc w:val="both"/>
        <w:rPr>
          <w:rFonts w:ascii="Times New Roman" w:hAnsi="Times New Roman" w:cs="Times New Roman"/>
          <w:b/>
          <w:bCs/>
          <w:iCs/>
          <w:sz w:val="24"/>
          <w:szCs w:val="24"/>
        </w:rPr>
      </w:pPr>
      <w:r w:rsidRPr="00960ECC">
        <w:rPr>
          <w:rFonts w:ascii="Times New Roman" w:hAnsi="Times New Roman" w:cs="Times New Roman"/>
          <w:iCs/>
          <w:sz w:val="24"/>
          <w:szCs w:val="24"/>
        </w:rPr>
        <w:t>The discussion section interprets the findings and situates them within the existing literature. Authors are encouraged to address:</w:t>
      </w:r>
    </w:p>
    <w:p w14:paraId="01ECE794" w14:textId="77777777" w:rsidR="002108EB" w:rsidRPr="00960ECC" w:rsidRDefault="002108EB" w:rsidP="0080123A">
      <w:pPr>
        <w:pStyle w:val="ListeParagraf"/>
        <w:numPr>
          <w:ilvl w:val="0"/>
          <w:numId w:val="25"/>
        </w:numPr>
        <w:jc w:val="both"/>
        <w:rPr>
          <w:rFonts w:ascii="Times New Roman" w:hAnsi="Times New Roman" w:cs="Times New Roman"/>
          <w:b/>
          <w:bCs/>
          <w:iCs/>
          <w:sz w:val="24"/>
          <w:szCs w:val="24"/>
        </w:rPr>
      </w:pPr>
      <w:r w:rsidRPr="00960ECC">
        <w:rPr>
          <w:rFonts w:ascii="Times New Roman" w:hAnsi="Times New Roman" w:cs="Times New Roman"/>
          <w:iCs/>
          <w:sz w:val="24"/>
          <w:szCs w:val="24"/>
        </w:rPr>
        <w:t>How the findings relate to previous research</w:t>
      </w:r>
    </w:p>
    <w:p w14:paraId="787CC425" w14:textId="77777777" w:rsidR="002108EB" w:rsidRPr="00960ECC" w:rsidRDefault="002108EB" w:rsidP="0080123A">
      <w:pPr>
        <w:pStyle w:val="ListeParagraf"/>
        <w:numPr>
          <w:ilvl w:val="0"/>
          <w:numId w:val="25"/>
        </w:numPr>
        <w:jc w:val="both"/>
        <w:rPr>
          <w:rFonts w:ascii="Times New Roman" w:hAnsi="Times New Roman" w:cs="Times New Roman"/>
          <w:b/>
          <w:bCs/>
          <w:iCs/>
          <w:sz w:val="24"/>
          <w:szCs w:val="24"/>
        </w:rPr>
      </w:pPr>
      <w:r w:rsidRPr="00960ECC">
        <w:rPr>
          <w:rFonts w:ascii="Times New Roman" w:hAnsi="Times New Roman" w:cs="Times New Roman"/>
          <w:iCs/>
          <w:sz w:val="24"/>
          <w:szCs w:val="24"/>
        </w:rPr>
        <w:t>Theoretical and/or practical implications of the results</w:t>
      </w:r>
    </w:p>
    <w:p w14:paraId="657DC62A" w14:textId="77777777" w:rsidR="002108EB" w:rsidRPr="00960ECC" w:rsidRDefault="002108EB" w:rsidP="0080123A">
      <w:pPr>
        <w:pStyle w:val="ListeParagraf"/>
        <w:numPr>
          <w:ilvl w:val="0"/>
          <w:numId w:val="25"/>
        </w:numPr>
        <w:jc w:val="both"/>
        <w:rPr>
          <w:rFonts w:ascii="Times New Roman" w:hAnsi="Times New Roman" w:cs="Times New Roman"/>
          <w:b/>
          <w:bCs/>
          <w:iCs/>
          <w:sz w:val="24"/>
          <w:szCs w:val="24"/>
        </w:rPr>
      </w:pPr>
      <w:r w:rsidRPr="00960ECC">
        <w:rPr>
          <w:rFonts w:ascii="Times New Roman" w:hAnsi="Times New Roman" w:cs="Times New Roman"/>
          <w:iCs/>
          <w:sz w:val="24"/>
          <w:szCs w:val="24"/>
        </w:rPr>
        <w:t>Contributions to Sustainability and AI scholarship</w:t>
      </w:r>
    </w:p>
    <w:p w14:paraId="09C98B95" w14:textId="7927CDB8" w:rsidR="00BE4812" w:rsidRPr="00960ECC" w:rsidRDefault="002108EB" w:rsidP="0080123A">
      <w:pPr>
        <w:pStyle w:val="ListeParagraf"/>
        <w:numPr>
          <w:ilvl w:val="0"/>
          <w:numId w:val="25"/>
        </w:numPr>
        <w:jc w:val="both"/>
        <w:rPr>
          <w:rFonts w:ascii="Times New Roman" w:hAnsi="Times New Roman" w:cs="Times New Roman"/>
          <w:b/>
          <w:bCs/>
          <w:iCs/>
          <w:sz w:val="24"/>
          <w:szCs w:val="24"/>
        </w:rPr>
      </w:pPr>
      <w:r w:rsidRPr="00960ECC">
        <w:rPr>
          <w:rFonts w:ascii="Times New Roman" w:hAnsi="Times New Roman" w:cs="Times New Roman"/>
          <w:iCs/>
          <w:sz w:val="24"/>
          <w:szCs w:val="24"/>
        </w:rPr>
        <w:t>Limitations of the study and directions for future research</w:t>
      </w:r>
    </w:p>
    <w:p w14:paraId="0E8B2B15" w14:textId="7A577FAA" w:rsidR="002108EB" w:rsidRPr="00960ECC" w:rsidRDefault="002108EB" w:rsidP="0080123A">
      <w:pPr>
        <w:jc w:val="both"/>
        <w:rPr>
          <w:rFonts w:ascii="Times New Roman" w:hAnsi="Times New Roman" w:cs="Times New Roman"/>
          <w:b/>
          <w:bCs/>
          <w:iCs/>
          <w:sz w:val="24"/>
          <w:szCs w:val="24"/>
        </w:rPr>
      </w:pPr>
      <w:r w:rsidRPr="00960ECC">
        <w:rPr>
          <w:rFonts w:ascii="Times New Roman" w:hAnsi="Times New Roman" w:cs="Times New Roman"/>
          <w:iCs/>
          <w:sz w:val="24"/>
          <w:szCs w:val="24"/>
        </w:rPr>
        <w:t>This section should clearly articulate how the study advances academic or practical understanding.</w:t>
      </w:r>
    </w:p>
    <w:p w14:paraId="2A37C5B5" w14:textId="77777777" w:rsidR="0091069C" w:rsidRPr="00960ECC" w:rsidRDefault="0091069C" w:rsidP="0080123A">
      <w:pPr>
        <w:jc w:val="both"/>
        <w:rPr>
          <w:rFonts w:ascii="Times New Roman" w:hAnsi="Times New Roman" w:cs="Times New Roman"/>
          <w:b/>
          <w:bCs/>
          <w:sz w:val="24"/>
          <w:szCs w:val="24"/>
        </w:rPr>
      </w:pPr>
      <w:r w:rsidRPr="00960ECC">
        <w:rPr>
          <w:rFonts w:ascii="Times New Roman" w:hAnsi="Times New Roman" w:cs="Times New Roman"/>
          <w:b/>
          <w:bCs/>
          <w:sz w:val="24"/>
          <w:szCs w:val="24"/>
        </w:rPr>
        <w:t>Author Contributions</w:t>
      </w:r>
    </w:p>
    <w:p w14:paraId="0BF29C78" w14:textId="3D4281D2" w:rsidR="0091069C" w:rsidRPr="00960ECC" w:rsidRDefault="0091069C" w:rsidP="0080123A">
      <w:pPr>
        <w:jc w:val="both"/>
        <w:rPr>
          <w:rFonts w:ascii="Times New Roman" w:hAnsi="Times New Roman" w:cs="Times New Roman"/>
          <w:sz w:val="24"/>
          <w:szCs w:val="24"/>
        </w:rPr>
      </w:pPr>
      <w:r w:rsidRPr="00960ECC">
        <w:rPr>
          <w:rFonts w:ascii="Times New Roman" w:hAnsi="Times New Roman" w:cs="Times New Roman"/>
          <w:sz w:val="24"/>
          <w:szCs w:val="24"/>
        </w:rPr>
        <w:t>This section describes the individual contributions of each author to the study. Contributions may include, but are not limited to, conceptualization, methodology, data collection, analysis, writing, and review. This section should be completed after acceptance to maintain the integrity of the double-blind review process.</w:t>
      </w:r>
    </w:p>
    <w:p w14:paraId="4592A3B0" w14:textId="77777777" w:rsidR="00D44DFB" w:rsidRPr="00960ECC" w:rsidRDefault="00D44DFB" w:rsidP="00D44DFB">
      <w:pPr>
        <w:rPr>
          <w:rFonts w:ascii="Times New Roman" w:hAnsi="Times New Roman" w:cs="Times New Roman"/>
          <w:b/>
          <w:bCs/>
          <w:sz w:val="24"/>
          <w:szCs w:val="24"/>
        </w:rPr>
      </w:pPr>
      <w:r w:rsidRPr="00960ECC">
        <w:rPr>
          <w:rFonts w:ascii="Times New Roman" w:hAnsi="Times New Roman" w:cs="Times New Roman"/>
          <w:b/>
          <w:bCs/>
          <w:sz w:val="24"/>
          <w:szCs w:val="24"/>
        </w:rPr>
        <w:t>Data Availability Statement</w:t>
      </w:r>
    </w:p>
    <w:p w14:paraId="4D10F4AB" w14:textId="77777777" w:rsidR="00D44DFB" w:rsidRPr="00960ECC" w:rsidRDefault="00D44DFB" w:rsidP="00D44DFB">
      <w:pPr>
        <w:jc w:val="both"/>
        <w:rPr>
          <w:rFonts w:ascii="Times New Roman" w:hAnsi="Times New Roman" w:cs="Times New Roman"/>
          <w:sz w:val="24"/>
          <w:szCs w:val="24"/>
        </w:rPr>
      </w:pPr>
      <w:r w:rsidRPr="00960ECC">
        <w:rPr>
          <w:rFonts w:ascii="Times New Roman" w:hAnsi="Times New Roman" w:cs="Times New Roman"/>
          <w:sz w:val="24"/>
          <w:szCs w:val="24"/>
        </w:rPr>
        <w:t xml:space="preserve">This section provides information on the availability of the data used in the study. Authors should indicate whether the data </w:t>
      </w:r>
      <w:proofErr w:type="gramStart"/>
      <w:r w:rsidRPr="00960ECC">
        <w:rPr>
          <w:rFonts w:ascii="Times New Roman" w:hAnsi="Times New Roman" w:cs="Times New Roman"/>
          <w:sz w:val="24"/>
          <w:szCs w:val="24"/>
        </w:rPr>
        <w:t>are</w:t>
      </w:r>
      <w:proofErr w:type="gramEnd"/>
      <w:r w:rsidRPr="00960ECC">
        <w:rPr>
          <w:rFonts w:ascii="Times New Roman" w:hAnsi="Times New Roman" w:cs="Times New Roman"/>
          <w:sz w:val="24"/>
          <w:szCs w:val="24"/>
        </w:rPr>
        <w:t xml:space="preserve"> publicly available, available upon reasonable request, or not available due to ethical, legal, or confidentiality restrictions.</w:t>
      </w:r>
    </w:p>
    <w:p w14:paraId="1E871DAA" w14:textId="77777777" w:rsidR="00D44DFB" w:rsidRPr="00960ECC" w:rsidRDefault="00D44DFB" w:rsidP="00D44DFB">
      <w:pPr>
        <w:jc w:val="both"/>
        <w:rPr>
          <w:rFonts w:ascii="Times New Roman" w:hAnsi="Times New Roman" w:cs="Times New Roman"/>
          <w:sz w:val="24"/>
          <w:szCs w:val="24"/>
        </w:rPr>
      </w:pPr>
      <w:r w:rsidRPr="00960ECC">
        <w:rPr>
          <w:rStyle w:val="Vurgu"/>
          <w:rFonts w:ascii="Times New Roman" w:hAnsi="Times New Roman" w:cs="Times New Roman"/>
          <w:sz w:val="24"/>
          <w:szCs w:val="24"/>
        </w:rPr>
        <w:t>Example statements:</w:t>
      </w:r>
    </w:p>
    <w:p w14:paraId="4089B88E" w14:textId="77777777" w:rsidR="00D44DFB" w:rsidRPr="00960ECC" w:rsidRDefault="00D44DFB" w:rsidP="00907714">
      <w:pPr>
        <w:pStyle w:val="ListeParagraf"/>
        <w:numPr>
          <w:ilvl w:val="0"/>
          <w:numId w:val="28"/>
        </w:numPr>
        <w:jc w:val="both"/>
        <w:rPr>
          <w:rFonts w:ascii="Times New Roman" w:hAnsi="Times New Roman" w:cs="Times New Roman"/>
          <w:sz w:val="24"/>
          <w:szCs w:val="24"/>
        </w:rPr>
      </w:pPr>
      <w:r w:rsidRPr="00960ECC">
        <w:rPr>
          <w:rFonts w:ascii="Times New Roman" w:hAnsi="Times New Roman" w:cs="Times New Roman"/>
          <w:sz w:val="24"/>
          <w:szCs w:val="24"/>
        </w:rPr>
        <w:t>The data supporting the findings of this study are available upon reasonable request from the corresponding author.</w:t>
      </w:r>
    </w:p>
    <w:p w14:paraId="7E7A0975" w14:textId="77777777" w:rsidR="00D44DFB" w:rsidRPr="00960ECC" w:rsidRDefault="00D44DFB" w:rsidP="00907714">
      <w:pPr>
        <w:pStyle w:val="ListeParagraf"/>
        <w:numPr>
          <w:ilvl w:val="0"/>
          <w:numId w:val="28"/>
        </w:numPr>
        <w:jc w:val="both"/>
        <w:rPr>
          <w:rFonts w:ascii="Times New Roman" w:hAnsi="Times New Roman" w:cs="Times New Roman"/>
          <w:sz w:val="24"/>
          <w:szCs w:val="24"/>
        </w:rPr>
      </w:pPr>
      <w:r w:rsidRPr="00960ECC">
        <w:rPr>
          <w:rFonts w:ascii="Times New Roman" w:hAnsi="Times New Roman" w:cs="Times New Roman"/>
          <w:sz w:val="24"/>
          <w:szCs w:val="24"/>
        </w:rPr>
        <w:t>The data are publicly available at [repository name / link].</w:t>
      </w:r>
    </w:p>
    <w:p w14:paraId="2AC9C098" w14:textId="77777777" w:rsidR="00D44DFB" w:rsidRPr="00960ECC" w:rsidRDefault="00D44DFB" w:rsidP="00907714">
      <w:pPr>
        <w:pStyle w:val="ListeParagraf"/>
        <w:numPr>
          <w:ilvl w:val="0"/>
          <w:numId w:val="28"/>
        </w:numPr>
        <w:jc w:val="both"/>
        <w:rPr>
          <w:rFonts w:ascii="Times New Roman" w:hAnsi="Times New Roman" w:cs="Times New Roman"/>
          <w:sz w:val="24"/>
          <w:szCs w:val="24"/>
        </w:rPr>
      </w:pPr>
      <w:r w:rsidRPr="00960ECC">
        <w:rPr>
          <w:rFonts w:ascii="Times New Roman" w:hAnsi="Times New Roman" w:cs="Times New Roman"/>
          <w:sz w:val="24"/>
          <w:szCs w:val="24"/>
        </w:rPr>
        <w:t>Data sharing is not applicable to this study.</w:t>
      </w:r>
    </w:p>
    <w:p w14:paraId="20341012" w14:textId="77777777" w:rsidR="00075C13" w:rsidRPr="00960ECC" w:rsidRDefault="00075C13" w:rsidP="00075C13">
      <w:pPr>
        <w:jc w:val="both"/>
        <w:rPr>
          <w:rFonts w:ascii="Times New Roman" w:hAnsi="Times New Roman" w:cs="Times New Roman"/>
          <w:b/>
          <w:bCs/>
          <w:sz w:val="24"/>
          <w:szCs w:val="24"/>
        </w:rPr>
      </w:pPr>
      <w:r w:rsidRPr="00960ECC">
        <w:rPr>
          <w:rFonts w:ascii="Times New Roman" w:hAnsi="Times New Roman" w:cs="Times New Roman"/>
          <w:b/>
          <w:bCs/>
          <w:sz w:val="24"/>
          <w:szCs w:val="24"/>
        </w:rPr>
        <w:lastRenderedPageBreak/>
        <w:t>Funding / Scholarship Information</w:t>
      </w:r>
    </w:p>
    <w:p w14:paraId="62A21BCD" w14:textId="77777777" w:rsidR="00075C13" w:rsidRPr="00960ECC" w:rsidRDefault="00075C13" w:rsidP="00075C13">
      <w:pPr>
        <w:jc w:val="both"/>
        <w:rPr>
          <w:rFonts w:ascii="Times New Roman" w:hAnsi="Times New Roman" w:cs="Times New Roman"/>
          <w:sz w:val="24"/>
          <w:szCs w:val="24"/>
        </w:rPr>
      </w:pPr>
      <w:r w:rsidRPr="00960ECC">
        <w:rPr>
          <w:rFonts w:ascii="Times New Roman" w:hAnsi="Times New Roman" w:cs="Times New Roman"/>
          <w:sz w:val="24"/>
          <w:szCs w:val="24"/>
        </w:rPr>
        <w:t>This section should disclose any financial support, grants, scholarships, or funding sources that supported the research. If no funding was received, authors may state this explicitly. This information should be added after acceptance to ensure double-blind review.</w:t>
      </w:r>
    </w:p>
    <w:p w14:paraId="001184C2" w14:textId="77777777" w:rsidR="00075C13" w:rsidRPr="00960ECC" w:rsidRDefault="00075C13" w:rsidP="00075C13">
      <w:pPr>
        <w:jc w:val="both"/>
        <w:rPr>
          <w:rFonts w:ascii="Times New Roman" w:hAnsi="Times New Roman" w:cs="Times New Roman"/>
          <w:sz w:val="24"/>
          <w:szCs w:val="24"/>
        </w:rPr>
      </w:pPr>
      <w:r w:rsidRPr="00960ECC">
        <w:rPr>
          <w:rFonts w:ascii="Times New Roman" w:hAnsi="Times New Roman" w:cs="Times New Roman"/>
          <w:i/>
          <w:iCs/>
          <w:sz w:val="24"/>
          <w:szCs w:val="24"/>
        </w:rPr>
        <w:t>Example:</w:t>
      </w:r>
    </w:p>
    <w:p w14:paraId="3B1EAE90" w14:textId="77777777" w:rsidR="00075C13" w:rsidRPr="00960ECC" w:rsidRDefault="00075C13" w:rsidP="00075C13">
      <w:pPr>
        <w:pStyle w:val="ListeParagraf"/>
        <w:numPr>
          <w:ilvl w:val="0"/>
          <w:numId w:val="30"/>
        </w:numPr>
        <w:jc w:val="both"/>
        <w:rPr>
          <w:rFonts w:ascii="Times New Roman" w:hAnsi="Times New Roman" w:cs="Times New Roman"/>
          <w:sz w:val="24"/>
          <w:szCs w:val="24"/>
        </w:rPr>
      </w:pPr>
      <w:r w:rsidRPr="00960ECC">
        <w:rPr>
          <w:rFonts w:ascii="Times New Roman" w:hAnsi="Times New Roman" w:cs="Times New Roman"/>
          <w:sz w:val="24"/>
          <w:szCs w:val="24"/>
        </w:rPr>
        <w:t>This research received no external funding.</w:t>
      </w:r>
    </w:p>
    <w:p w14:paraId="231BAAF9" w14:textId="77777777" w:rsidR="00075C13" w:rsidRPr="00960ECC" w:rsidRDefault="00075C13" w:rsidP="00075C13">
      <w:pPr>
        <w:pStyle w:val="ListeParagraf"/>
        <w:numPr>
          <w:ilvl w:val="0"/>
          <w:numId w:val="30"/>
        </w:numPr>
        <w:jc w:val="both"/>
        <w:rPr>
          <w:rFonts w:ascii="Times New Roman" w:hAnsi="Times New Roman" w:cs="Times New Roman"/>
          <w:sz w:val="24"/>
          <w:szCs w:val="24"/>
        </w:rPr>
      </w:pPr>
      <w:r w:rsidRPr="00960ECC">
        <w:rPr>
          <w:rFonts w:ascii="Times New Roman" w:hAnsi="Times New Roman" w:cs="Times New Roman"/>
          <w:sz w:val="24"/>
          <w:szCs w:val="24"/>
        </w:rPr>
        <w:t>This study was supported by [Funding Agency, Grant Number].</w:t>
      </w:r>
    </w:p>
    <w:p w14:paraId="404812EA" w14:textId="77777777" w:rsidR="00321264" w:rsidRPr="00960ECC" w:rsidRDefault="00321264" w:rsidP="00321264">
      <w:pPr>
        <w:rPr>
          <w:rFonts w:ascii="Times New Roman" w:hAnsi="Times New Roman" w:cs="Times New Roman"/>
          <w:b/>
          <w:bCs/>
          <w:sz w:val="24"/>
          <w:szCs w:val="24"/>
        </w:rPr>
      </w:pPr>
      <w:r w:rsidRPr="00960ECC">
        <w:rPr>
          <w:rFonts w:ascii="Times New Roman" w:hAnsi="Times New Roman" w:cs="Times New Roman"/>
          <w:b/>
          <w:bCs/>
          <w:sz w:val="24"/>
          <w:szCs w:val="24"/>
        </w:rPr>
        <w:t>Practical Implications</w:t>
      </w:r>
    </w:p>
    <w:p w14:paraId="4EE5E02C" w14:textId="7F9633A4" w:rsidR="00321264" w:rsidRPr="00960ECC" w:rsidRDefault="00321264" w:rsidP="00321264">
      <w:pPr>
        <w:jc w:val="both"/>
        <w:rPr>
          <w:rFonts w:ascii="Times New Roman" w:hAnsi="Times New Roman" w:cs="Times New Roman"/>
          <w:b/>
          <w:bCs/>
          <w:sz w:val="24"/>
          <w:szCs w:val="24"/>
        </w:rPr>
      </w:pPr>
      <w:r w:rsidRPr="00960ECC">
        <w:rPr>
          <w:rFonts w:ascii="Times New Roman" w:hAnsi="Times New Roman" w:cs="Times New Roman"/>
          <w:sz w:val="24"/>
          <w:szCs w:val="24"/>
        </w:rPr>
        <w:t>This section discusses the practical applications of the research findings. Authors should explain how the results may be used by practitioners, policymakers, organizations, or other stakeholders, particularly in relation to Sustainability and Artificial Intelligence.</w:t>
      </w:r>
    </w:p>
    <w:p w14:paraId="20F11F38" w14:textId="77777777" w:rsidR="00E72C1A" w:rsidRPr="00960ECC" w:rsidRDefault="00E72C1A" w:rsidP="00E72C1A">
      <w:pPr>
        <w:jc w:val="both"/>
        <w:rPr>
          <w:rFonts w:ascii="Times New Roman" w:hAnsi="Times New Roman" w:cs="Times New Roman"/>
          <w:b/>
          <w:bCs/>
          <w:sz w:val="24"/>
          <w:szCs w:val="24"/>
        </w:rPr>
      </w:pPr>
      <w:r w:rsidRPr="00960ECC">
        <w:rPr>
          <w:rFonts w:ascii="Times New Roman" w:hAnsi="Times New Roman" w:cs="Times New Roman"/>
          <w:b/>
          <w:bCs/>
          <w:sz w:val="24"/>
          <w:szCs w:val="24"/>
        </w:rPr>
        <w:t>Future Research Directions</w:t>
      </w:r>
    </w:p>
    <w:p w14:paraId="29E6A14E" w14:textId="404E6356" w:rsidR="00D44DFB" w:rsidRPr="00960ECC" w:rsidRDefault="00E72C1A" w:rsidP="00D44DFB">
      <w:pPr>
        <w:jc w:val="both"/>
        <w:rPr>
          <w:rFonts w:ascii="Times New Roman" w:hAnsi="Times New Roman" w:cs="Times New Roman"/>
          <w:b/>
          <w:bCs/>
          <w:sz w:val="24"/>
          <w:szCs w:val="24"/>
        </w:rPr>
      </w:pPr>
      <w:r w:rsidRPr="00960ECC">
        <w:rPr>
          <w:rFonts w:ascii="Times New Roman" w:hAnsi="Times New Roman" w:cs="Times New Roman"/>
          <w:sz w:val="24"/>
          <w:szCs w:val="24"/>
        </w:rPr>
        <w:t>This section outlines potential avenues for future research arising from the study’s findings and limitations. Authors may suggest theoretical extensions, methodological improvements, or new research questions for subsequent studies.</w:t>
      </w:r>
    </w:p>
    <w:p w14:paraId="3066B393" w14:textId="51B79C43" w:rsidR="00192292" w:rsidRPr="00960ECC" w:rsidRDefault="00651366" w:rsidP="0080123A">
      <w:pPr>
        <w:jc w:val="both"/>
        <w:rPr>
          <w:rFonts w:ascii="Times New Roman" w:hAnsi="Times New Roman" w:cs="Times New Roman"/>
          <w:b/>
          <w:bCs/>
          <w:sz w:val="24"/>
          <w:szCs w:val="24"/>
        </w:rPr>
      </w:pPr>
      <w:r w:rsidRPr="00960ECC">
        <w:rPr>
          <w:rFonts w:ascii="Times New Roman" w:hAnsi="Times New Roman" w:cs="Times New Roman"/>
          <w:b/>
          <w:bCs/>
          <w:sz w:val="24"/>
          <w:szCs w:val="24"/>
        </w:rPr>
        <w:t xml:space="preserve">References </w:t>
      </w:r>
    </w:p>
    <w:p w14:paraId="6DE8CDC1" w14:textId="77777777" w:rsidR="002108EB" w:rsidRPr="00960ECC" w:rsidRDefault="002108EB" w:rsidP="0080123A">
      <w:pPr>
        <w:jc w:val="both"/>
        <w:rPr>
          <w:rFonts w:ascii="Times New Roman" w:hAnsi="Times New Roman" w:cs="Times New Roman"/>
          <w:i/>
          <w:sz w:val="24"/>
          <w:szCs w:val="24"/>
        </w:rPr>
      </w:pPr>
      <w:r w:rsidRPr="00960ECC">
        <w:rPr>
          <w:rFonts w:ascii="Times New Roman" w:hAnsi="Times New Roman" w:cs="Times New Roman"/>
          <w:i/>
          <w:iCs/>
          <w:sz w:val="24"/>
          <w:szCs w:val="24"/>
        </w:rPr>
        <w:t>(APA 7th Edition)</w:t>
      </w:r>
    </w:p>
    <w:p w14:paraId="172A6851" w14:textId="77777777" w:rsidR="002108EB" w:rsidRPr="00960ECC" w:rsidRDefault="002108EB" w:rsidP="0080123A">
      <w:pPr>
        <w:jc w:val="both"/>
        <w:rPr>
          <w:rFonts w:ascii="Times New Roman" w:hAnsi="Times New Roman" w:cs="Times New Roman"/>
          <w:iCs/>
          <w:sz w:val="24"/>
          <w:szCs w:val="24"/>
        </w:rPr>
      </w:pPr>
      <w:r w:rsidRPr="00960ECC">
        <w:rPr>
          <w:rFonts w:ascii="Times New Roman" w:hAnsi="Times New Roman" w:cs="Times New Roman"/>
          <w:iCs/>
          <w:sz w:val="24"/>
          <w:szCs w:val="24"/>
        </w:rPr>
        <w:t xml:space="preserve">List all sources cited in the manuscript following </w:t>
      </w:r>
      <w:r w:rsidRPr="00960ECC">
        <w:rPr>
          <w:rFonts w:ascii="Times New Roman" w:hAnsi="Times New Roman" w:cs="Times New Roman"/>
          <w:b/>
          <w:bCs/>
          <w:iCs/>
          <w:sz w:val="24"/>
          <w:szCs w:val="24"/>
        </w:rPr>
        <w:t>APA 7th Edition</w:t>
      </w:r>
      <w:r w:rsidRPr="00960ECC">
        <w:rPr>
          <w:rFonts w:ascii="Times New Roman" w:hAnsi="Times New Roman" w:cs="Times New Roman"/>
          <w:iCs/>
          <w:sz w:val="24"/>
          <w:szCs w:val="24"/>
        </w:rPr>
        <w:t xml:space="preserve"> guidelines. Only works cited in the text should be included. References must be complete, accurate, and alphabetized by the author’s last name.</w:t>
      </w:r>
    </w:p>
    <w:p w14:paraId="6F03DDC0" w14:textId="71B2A820" w:rsidR="00192292" w:rsidRPr="00960ECC" w:rsidRDefault="00192292" w:rsidP="0080123A">
      <w:pPr>
        <w:jc w:val="both"/>
        <w:rPr>
          <w:rFonts w:ascii="Times New Roman" w:hAnsi="Times New Roman" w:cs="Times New Roman"/>
          <w:sz w:val="24"/>
          <w:szCs w:val="24"/>
        </w:rPr>
      </w:pPr>
    </w:p>
    <w:sectPr w:rsidR="00192292" w:rsidRPr="00960ECC" w:rsidSect="00034616">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6D3CF" w14:textId="77777777" w:rsidR="0005738A" w:rsidRDefault="0005738A" w:rsidP="00AD56DA">
      <w:pPr>
        <w:spacing w:after="0" w:line="240" w:lineRule="auto"/>
      </w:pPr>
      <w:r>
        <w:separator/>
      </w:r>
    </w:p>
  </w:endnote>
  <w:endnote w:type="continuationSeparator" w:id="0">
    <w:p w14:paraId="4AFB7698" w14:textId="77777777" w:rsidR="0005738A" w:rsidRDefault="0005738A" w:rsidP="00AD5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203176374"/>
      <w:docPartObj>
        <w:docPartGallery w:val="Page Numbers (Bottom of Page)"/>
        <w:docPartUnique/>
      </w:docPartObj>
    </w:sdtPr>
    <w:sdtEndPr/>
    <w:sdtContent>
      <w:p w14:paraId="4A38AE66" w14:textId="7DC7ED95" w:rsidR="00AD56DA" w:rsidRPr="00EB40EE" w:rsidRDefault="00AD56DA">
        <w:pPr>
          <w:pStyle w:val="AltBilgi"/>
          <w:jc w:val="center"/>
          <w:rPr>
            <w:rFonts w:ascii="Times New Roman" w:hAnsi="Times New Roman" w:cs="Times New Roman"/>
          </w:rPr>
        </w:pPr>
        <w:r w:rsidRPr="00EB40EE">
          <w:rPr>
            <w:rFonts w:ascii="Times New Roman" w:hAnsi="Times New Roman" w:cs="Times New Roman"/>
          </w:rPr>
          <w:fldChar w:fldCharType="begin"/>
        </w:r>
        <w:r w:rsidRPr="00EB40EE">
          <w:rPr>
            <w:rFonts w:ascii="Times New Roman" w:hAnsi="Times New Roman" w:cs="Times New Roman"/>
          </w:rPr>
          <w:instrText>PAGE   \* MERGEFORMAT</w:instrText>
        </w:r>
        <w:r w:rsidRPr="00EB40EE">
          <w:rPr>
            <w:rFonts w:ascii="Times New Roman" w:hAnsi="Times New Roman" w:cs="Times New Roman"/>
          </w:rPr>
          <w:fldChar w:fldCharType="separate"/>
        </w:r>
        <w:r w:rsidRPr="00EB40EE">
          <w:rPr>
            <w:rFonts w:ascii="Times New Roman" w:hAnsi="Times New Roman" w:cs="Times New Roman"/>
            <w:lang w:val="tr-TR"/>
          </w:rPr>
          <w:t>2</w:t>
        </w:r>
        <w:r w:rsidRPr="00EB40EE">
          <w:rPr>
            <w:rFonts w:ascii="Times New Roman" w:hAnsi="Times New Roman" w:cs="Times New Roman"/>
          </w:rPr>
          <w:fldChar w:fldCharType="end"/>
        </w:r>
      </w:p>
    </w:sdtContent>
  </w:sdt>
  <w:p w14:paraId="000854F3" w14:textId="77777777" w:rsidR="00AD56DA" w:rsidRPr="00EB40EE" w:rsidRDefault="00AD56DA">
    <w:pPr>
      <w:pStyle w:val="AltBilgi"/>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A0BEF" w14:textId="77777777" w:rsidR="0005738A" w:rsidRDefault="0005738A" w:rsidP="00AD56DA">
      <w:pPr>
        <w:spacing w:after="0" w:line="240" w:lineRule="auto"/>
      </w:pPr>
      <w:r>
        <w:separator/>
      </w:r>
    </w:p>
  </w:footnote>
  <w:footnote w:type="continuationSeparator" w:id="0">
    <w:p w14:paraId="395EB59A" w14:textId="77777777" w:rsidR="0005738A" w:rsidRDefault="0005738A" w:rsidP="00AD56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abstractNum w:abstractNumId="9" w15:restartNumberingAfterBreak="0">
    <w:nsid w:val="043D3480"/>
    <w:multiLevelType w:val="hybridMultilevel"/>
    <w:tmpl w:val="A6E644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062F5DB4"/>
    <w:multiLevelType w:val="hybridMultilevel"/>
    <w:tmpl w:val="158C23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11302192"/>
    <w:multiLevelType w:val="hybridMultilevel"/>
    <w:tmpl w:val="21480F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1632437D"/>
    <w:multiLevelType w:val="hybridMultilevel"/>
    <w:tmpl w:val="CA4EB5D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18DA16C9"/>
    <w:multiLevelType w:val="multilevel"/>
    <w:tmpl w:val="C334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FA6E05"/>
    <w:multiLevelType w:val="multilevel"/>
    <w:tmpl w:val="1BEEF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0C07FD"/>
    <w:multiLevelType w:val="hybridMultilevel"/>
    <w:tmpl w:val="39A6E1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270F2956"/>
    <w:multiLevelType w:val="hybridMultilevel"/>
    <w:tmpl w:val="F1A0390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2DC1012D"/>
    <w:multiLevelType w:val="multilevel"/>
    <w:tmpl w:val="841A6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CC17CD"/>
    <w:multiLevelType w:val="multilevel"/>
    <w:tmpl w:val="A4BC3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3C4386"/>
    <w:multiLevelType w:val="multilevel"/>
    <w:tmpl w:val="4D24D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DC1681"/>
    <w:multiLevelType w:val="hybridMultilevel"/>
    <w:tmpl w:val="233C1D24"/>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1" w15:restartNumberingAfterBreak="0">
    <w:nsid w:val="30FA2DBE"/>
    <w:multiLevelType w:val="hybridMultilevel"/>
    <w:tmpl w:val="1BDC0E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34AA09BB"/>
    <w:multiLevelType w:val="multilevel"/>
    <w:tmpl w:val="DF3A4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052873"/>
    <w:multiLevelType w:val="hybridMultilevel"/>
    <w:tmpl w:val="E44A95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36510B30"/>
    <w:multiLevelType w:val="multilevel"/>
    <w:tmpl w:val="A254D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EF74103"/>
    <w:multiLevelType w:val="hybridMultilevel"/>
    <w:tmpl w:val="898431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3F56061C"/>
    <w:multiLevelType w:val="hybridMultilevel"/>
    <w:tmpl w:val="35C67D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52A24FB1"/>
    <w:multiLevelType w:val="multilevel"/>
    <w:tmpl w:val="02DE7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935D78"/>
    <w:multiLevelType w:val="hybridMultilevel"/>
    <w:tmpl w:val="432EC7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766F4CCA"/>
    <w:multiLevelType w:val="multilevel"/>
    <w:tmpl w:val="2BF0E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9892232">
    <w:abstractNumId w:val="8"/>
  </w:num>
  <w:num w:numId="2" w16cid:durableId="1207527213">
    <w:abstractNumId w:val="6"/>
  </w:num>
  <w:num w:numId="3" w16cid:durableId="634330407">
    <w:abstractNumId w:val="5"/>
  </w:num>
  <w:num w:numId="4" w16cid:durableId="169300550">
    <w:abstractNumId w:val="4"/>
  </w:num>
  <w:num w:numId="5" w16cid:durableId="1745371188">
    <w:abstractNumId w:val="7"/>
  </w:num>
  <w:num w:numId="6" w16cid:durableId="1803306210">
    <w:abstractNumId w:val="3"/>
  </w:num>
  <w:num w:numId="7" w16cid:durableId="2032144873">
    <w:abstractNumId w:val="2"/>
  </w:num>
  <w:num w:numId="8" w16cid:durableId="1712417499">
    <w:abstractNumId w:val="1"/>
  </w:num>
  <w:num w:numId="9" w16cid:durableId="165245712">
    <w:abstractNumId w:val="0"/>
  </w:num>
  <w:num w:numId="10" w16cid:durableId="249196765">
    <w:abstractNumId w:val="22"/>
  </w:num>
  <w:num w:numId="11" w16cid:durableId="846482616">
    <w:abstractNumId w:val="29"/>
  </w:num>
  <w:num w:numId="12" w16cid:durableId="701825134">
    <w:abstractNumId w:val="14"/>
  </w:num>
  <w:num w:numId="13" w16cid:durableId="1449935377">
    <w:abstractNumId w:val="27"/>
  </w:num>
  <w:num w:numId="14" w16cid:durableId="950089293">
    <w:abstractNumId w:val="24"/>
  </w:num>
  <w:num w:numId="15" w16cid:durableId="1263415682">
    <w:abstractNumId w:val="19"/>
  </w:num>
  <w:num w:numId="16" w16cid:durableId="1909195312">
    <w:abstractNumId w:val="17"/>
  </w:num>
  <w:num w:numId="17" w16cid:durableId="576868135">
    <w:abstractNumId w:val="28"/>
  </w:num>
  <w:num w:numId="18" w16cid:durableId="816148951">
    <w:abstractNumId w:val="12"/>
  </w:num>
  <w:num w:numId="19" w16cid:durableId="1885674767">
    <w:abstractNumId w:val="9"/>
  </w:num>
  <w:num w:numId="20" w16cid:durableId="1261716559">
    <w:abstractNumId w:val="25"/>
  </w:num>
  <w:num w:numId="21" w16cid:durableId="278802919">
    <w:abstractNumId w:val="23"/>
  </w:num>
  <w:num w:numId="22" w16cid:durableId="235751572">
    <w:abstractNumId w:val="15"/>
  </w:num>
  <w:num w:numId="23" w16cid:durableId="1348825006">
    <w:abstractNumId w:val="21"/>
  </w:num>
  <w:num w:numId="24" w16cid:durableId="1424954816">
    <w:abstractNumId w:val="11"/>
  </w:num>
  <w:num w:numId="25" w16cid:durableId="531111617">
    <w:abstractNumId w:val="10"/>
  </w:num>
  <w:num w:numId="26" w16cid:durableId="678046747">
    <w:abstractNumId w:val="26"/>
  </w:num>
  <w:num w:numId="27" w16cid:durableId="1235973390">
    <w:abstractNumId w:val="18"/>
  </w:num>
  <w:num w:numId="28" w16cid:durableId="459230664">
    <w:abstractNumId w:val="16"/>
  </w:num>
  <w:num w:numId="29" w16cid:durableId="1773627002">
    <w:abstractNumId w:val="13"/>
  </w:num>
  <w:num w:numId="30" w16cid:durableId="18965481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1C76"/>
    <w:rsid w:val="00034616"/>
    <w:rsid w:val="00055BB3"/>
    <w:rsid w:val="0005738A"/>
    <w:rsid w:val="0006063C"/>
    <w:rsid w:val="00067AA7"/>
    <w:rsid w:val="00075C13"/>
    <w:rsid w:val="0015074B"/>
    <w:rsid w:val="001614C8"/>
    <w:rsid w:val="0019076A"/>
    <w:rsid w:val="00192292"/>
    <w:rsid w:val="001E5A64"/>
    <w:rsid w:val="001F5598"/>
    <w:rsid w:val="002108EB"/>
    <w:rsid w:val="0029639D"/>
    <w:rsid w:val="002A4B25"/>
    <w:rsid w:val="00321264"/>
    <w:rsid w:val="00326F90"/>
    <w:rsid w:val="00332F2A"/>
    <w:rsid w:val="0033325B"/>
    <w:rsid w:val="00376D14"/>
    <w:rsid w:val="004015BC"/>
    <w:rsid w:val="004212DE"/>
    <w:rsid w:val="00480CED"/>
    <w:rsid w:val="004F1AD2"/>
    <w:rsid w:val="00547C86"/>
    <w:rsid w:val="0058245D"/>
    <w:rsid w:val="00587086"/>
    <w:rsid w:val="005C0775"/>
    <w:rsid w:val="005E3938"/>
    <w:rsid w:val="0063262B"/>
    <w:rsid w:val="00651366"/>
    <w:rsid w:val="006B2438"/>
    <w:rsid w:val="006F2E0E"/>
    <w:rsid w:val="00734894"/>
    <w:rsid w:val="0080123A"/>
    <w:rsid w:val="008A4D38"/>
    <w:rsid w:val="008A4DFE"/>
    <w:rsid w:val="00907714"/>
    <w:rsid w:val="0091069C"/>
    <w:rsid w:val="00960ECC"/>
    <w:rsid w:val="00987FEC"/>
    <w:rsid w:val="009D445A"/>
    <w:rsid w:val="009D4A48"/>
    <w:rsid w:val="009E0C4B"/>
    <w:rsid w:val="009E1327"/>
    <w:rsid w:val="009F78B3"/>
    <w:rsid w:val="00A221A5"/>
    <w:rsid w:val="00A22FFE"/>
    <w:rsid w:val="00A24A43"/>
    <w:rsid w:val="00A31EB4"/>
    <w:rsid w:val="00A71B66"/>
    <w:rsid w:val="00A8686F"/>
    <w:rsid w:val="00AA1D8D"/>
    <w:rsid w:val="00AA3160"/>
    <w:rsid w:val="00AB1307"/>
    <w:rsid w:val="00AD56DA"/>
    <w:rsid w:val="00B01988"/>
    <w:rsid w:val="00B14596"/>
    <w:rsid w:val="00B16BD2"/>
    <w:rsid w:val="00B47730"/>
    <w:rsid w:val="00BB0315"/>
    <w:rsid w:val="00BE4812"/>
    <w:rsid w:val="00BF0D18"/>
    <w:rsid w:val="00C35848"/>
    <w:rsid w:val="00C43E70"/>
    <w:rsid w:val="00CB0664"/>
    <w:rsid w:val="00D44DFB"/>
    <w:rsid w:val="00D764AD"/>
    <w:rsid w:val="00E409BE"/>
    <w:rsid w:val="00E5390C"/>
    <w:rsid w:val="00E72C1A"/>
    <w:rsid w:val="00EB40EE"/>
    <w:rsid w:val="00EC2F3B"/>
    <w:rsid w:val="00ED1B81"/>
    <w:rsid w:val="00ED7A50"/>
    <w:rsid w:val="00F12439"/>
    <w:rsid w:val="00F43F7E"/>
    <w:rsid w:val="00F64102"/>
    <w:rsid w:val="00F643CD"/>
    <w:rsid w:val="00FA6D4E"/>
    <w:rsid w:val="00FB321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4CFE72"/>
  <w14:defaultImageDpi w14:val="330"/>
  <w15:docId w15:val="{E9CD66F5-A333-48B8-9251-CE2D5AD8A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Kpr">
    <w:name w:val="Hyperlink"/>
    <w:basedOn w:val="VarsaylanParagrafYazTipi"/>
    <w:uiPriority w:val="99"/>
    <w:unhideWhenUsed/>
    <w:rsid w:val="002A4B25"/>
    <w:rPr>
      <w:color w:val="0000FF" w:themeColor="hyperlink"/>
      <w:u w:val="single"/>
    </w:rPr>
  </w:style>
  <w:style w:type="character" w:styleId="zmlenmeyenBahsetme">
    <w:name w:val="Unresolved Mention"/>
    <w:basedOn w:val="VarsaylanParagrafYazTipi"/>
    <w:uiPriority w:val="99"/>
    <w:semiHidden/>
    <w:unhideWhenUsed/>
    <w:rsid w:val="002A4B25"/>
    <w:rPr>
      <w:color w:val="605E5C"/>
      <w:shd w:val="clear" w:color="auto" w:fill="E1DFDD"/>
    </w:rPr>
  </w:style>
  <w:style w:type="paragraph" w:styleId="NormalWeb">
    <w:name w:val="Normal (Web)"/>
    <w:basedOn w:val="Normal"/>
    <w:uiPriority w:val="99"/>
    <w:semiHidden/>
    <w:unhideWhenUsed/>
    <w:rsid w:val="0091069C"/>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zlenenKpr">
    <w:name w:val="FollowedHyperlink"/>
    <w:basedOn w:val="VarsaylanParagrafYazTipi"/>
    <w:uiPriority w:val="99"/>
    <w:semiHidden/>
    <w:unhideWhenUsed/>
    <w:rsid w:val="00987FE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i.org/10.1053/j.ajkd.2020.01.0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5</Pages>
  <Words>1035</Words>
  <Characters>6359</Characters>
  <Application>Microsoft Office Word</Application>
  <DocSecurity>0</DocSecurity>
  <Lines>138</Lines>
  <Paragraphs>97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7297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KÜBRA GURALLAR</cp:lastModifiedBy>
  <cp:revision>60</cp:revision>
  <dcterms:created xsi:type="dcterms:W3CDTF">2013-12-23T23:15:00Z</dcterms:created>
  <dcterms:modified xsi:type="dcterms:W3CDTF">2026-02-13T08:39:00Z</dcterms:modified>
  <cp:category/>
</cp:coreProperties>
</file>